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43DF" w:rsidRDefault="00000000">
      <w:pPr>
        <w:spacing w:after="0"/>
        <w:jc w:val="center"/>
      </w:pPr>
      <w:r>
        <w:rPr>
          <w:b/>
          <w:color w:val="1F364D"/>
          <w:sz w:val="24"/>
        </w:rPr>
        <w:t>NG PHASELIS TURİZM A.Ş.</w:t>
      </w:r>
    </w:p>
    <w:p w:rsidR="009343DF" w:rsidRDefault="00000000">
      <w:pPr>
        <w:spacing w:after="160"/>
        <w:jc w:val="center"/>
      </w:pPr>
      <w:r>
        <w:rPr>
          <w:color w:val="595959"/>
          <w:sz w:val="19"/>
        </w:rPr>
        <w:t>NG Phaselis Bay</w:t>
      </w:r>
    </w:p>
    <w:p w:rsidR="009343DF" w:rsidRDefault="00000000">
      <w:pPr>
        <w:spacing w:after="40"/>
        <w:jc w:val="center"/>
      </w:pPr>
      <w:r>
        <w:rPr>
          <w:b/>
          <w:color w:val="1F364D"/>
          <w:sz w:val="30"/>
        </w:rPr>
        <w:t>ANTRAGSFORMULAR FÜR BETROFFENE PERSONEN</w:t>
      </w:r>
    </w:p>
    <w:p w:rsidR="009343DF" w:rsidRDefault="00000000">
      <w:pPr>
        <w:spacing w:after="200"/>
        <w:jc w:val="center"/>
      </w:pPr>
      <w:r>
        <w:rPr>
          <w:i/>
          <w:color w:val="595959"/>
          <w:sz w:val="17"/>
        </w:rPr>
        <w:t>Nach Artikel 11 des Gesetzes Nr. 6698 zum Schutz personenbezogener Daten und der Mitteilung über Verfahren und Grundsätze für Anträge an den Verantwortlichen</w:t>
      </w:r>
    </w:p>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A · ANGABEN ZUR ANTRAGSTELLERIN / ZUM ANTRAGSTELLER</w:t>
            </w:r>
          </w:p>
        </w:tc>
      </w:tr>
    </w:tbl>
    <w:p w:rsidR="009343DF" w:rsidRDefault="009343DF">
      <w:pPr>
        <w:spacing w:after="40"/>
      </w:pPr>
    </w:p>
    <w:tbl>
      <w:tblPr>
        <w:tblStyle w:val="TabloKlavuzu"/>
        <w:tblW w:w="0" w:type="auto"/>
        <w:tblLook w:val="04A0" w:firstRow="1" w:lastRow="0" w:firstColumn="1" w:lastColumn="0" w:noHBand="0" w:noVBand="1"/>
      </w:tblPr>
      <w:tblGrid>
        <w:gridCol w:w="3742"/>
        <w:gridCol w:w="5896"/>
      </w:tblGrid>
      <w:tr w:rsidR="009343DF">
        <w:trPr>
          <w:trHeight w:val="442"/>
        </w:trPr>
        <w:tc>
          <w:tcPr>
            <w:tcW w:w="3742" w:type="dxa"/>
            <w:shd w:val="clear" w:color="auto" w:fill="F2F4F7"/>
          </w:tcPr>
          <w:p w:rsidR="009343DF" w:rsidRDefault="00000000">
            <w:pPr>
              <w:spacing w:before="40" w:after="40"/>
            </w:pPr>
            <w:r>
              <w:rPr>
                <w:b/>
                <w:sz w:val="19"/>
              </w:rPr>
              <w:t>Vor- und Nachname</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Türkische Ausweisnummer (T.C. Kimlik-Nr.)</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Staatsangehörigkeit / Reisepassnummer / Ausweisnummer</w:t>
            </w:r>
            <w:r>
              <w:rPr>
                <w:i/>
                <w:color w:val="595959"/>
                <w:sz w:val="15"/>
              </w:rPr>
              <w:br/>
              <w:t>Nur ausländische Antragsteller füllen dies aus</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Anschrift für amtliche Zustellungen</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Mobiltelefon</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E-Mail-Adresse</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Faxnummer</w:t>
            </w:r>
            <w:r>
              <w:rPr>
                <w:i/>
                <w:color w:val="595959"/>
                <w:sz w:val="15"/>
              </w:rPr>
              <w:br/>
              <w:t>Falls vorhanden</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B · IHRE BEZIEHUNG ZU UNSEREM UNTERNEHMEN</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2269"/>
        <w:gridCol w:w="428"/>
        <w:gridCol w:w="3545"/>
        <w:gridCol w:w="428"/>
        <w:gridCol w:w="2508"/>
      </w:tblGrid>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Ich bin Gast</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rPr>
                <w:sz w:val="19"/>
              </w:rPr>
            </w:pPr>
            <w:r>
              <w:rPr>
                <w:sz w:val="19"/>
              </w:rPr>
              <w:t>Ich bin Vertreter eines Lieferanten, einer Agentur oder eines Geschäftspartners</w:t>
            </w:r>
          </w:p>
        </w:tc>
        <w:tc>
          <w:tcPr>
            <w:tcW w:w="428" w:type="dxa"/>
          </w:tcPr>
          <w:p w:rsidR="00A759DD" w:rsidRDefault="00A759DD" w:rsidP="00A759DD">
            <w:pPr>
              <w:spacing w:before="40" w:after="40"/>
              <w:rPr>
                <w:sz w:val="19"/>
              </w:rPr>
            </w:pPr>
            <w:r>
              <w:rPr>
                <w:rFonts w:ascii="Segoe UI Symbol" w:hAnsi="Segoe UI Symbol" w:cs="Segoe UI Symbol"/>
                <w:b/>
                <w:sz w:val="24"/>
              </w:rPr>
              <w:t>☐</w:t>
            </w:r>
          </w:p>
        </w:tc>
        <w:tc>
          <w:tcPr>
            <w:tcW w:w="2508" w:type="dxa"/>
          </w:tcPr>
          <w:p w:rsidR="00A759DD" w:rsidRDefault="00A759DD" w:rsidP="00A759DD">
            <w:pPr>
              <w:spacing w:before="40" w:after="40"/>
            </w:pPr>
            <w:r>
              <w:rPr>
                <w:sz w:val="19"/>
              </w:rPr>
              <w:t>Ich bin Bewerber / Praktikant</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Ich habe eine Reservierung angefragt</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Ich bin ein früherer Gast</w:t>
            </w:r>
          </w:p>
        </w:tc>
        <w:tc>
          <w:tcPr>
            <w:tcW w:w="428" w:type="dxa"/>
          </w:tcPr>
          <w:p w:rsidR="00A759DD" w:rsidRDefault="00A759DD" w:rsidP="00A759DD">
            <w:pPr>
              <w:spacing w:before="40" w:after="40"/>
              <w:rPr>
                <w:sz w:val="19"/>
              </w:rPr>
            </w:pPr>
            <w:r>
              <w:rPr>
                <w:rFonts w:ascii="Segoe UI Symbol" w:hAnsi="Segoe UI Symbol" w:cs="Segoe UI Symbol"/>
                <w:b/>
                <w:sz w:val="24"/>
              </w:rPr>
              <w:t>☐</w:t>
            </w:r>
          </w:p>
        </w:tc>
        <w:tc>
          <w:tcPr>
            <w:tcW w:w="2508" w:type="dxa"/>
          </w:tcPr>
          <w:p w:rsidR="00A759DD" w:rsidRDefault="00A759DD" w:rsidP="00A759DD">
            <w:pPr>
              <w:spacing w:before="40" w:after="40"/>
            </w:pPr>
            <w:r>
              <w:rPr>
                <w:sz w:val="19"/>
              </w:rPr>
              <w:t>Ich bin Website-Besucher</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Ich bin Teilnehmer einer Veranstaltung / eines Meetings</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Ich bin Tagesbesucher</w:t>
            </w:r>
          </w:p>
        </w:tc>
        <w:tc>
          <w:tcPr>
            <w:tcW w:w="428" w:type="dxa"/>
          </w:tcPr>
          <w:p w:rsidR="00A759DD" w:rsidRDefault="00A759DD" w:rsidP="00A759DD">
            <w:pPr>
              <w:spacing w:before="40" w:after="40"/>
              <w:rPr>
                <w:sz w:val="19"/>
              </w:rPr>
            </w:pPr>
          </w:p>
        </w:tc>
        <w:tc>
          <w:tcPr>
            <w:tcW w:w="2508" w:type="dxa"/>
          </w:tcPr>
          <w:p w:rsidR="00A759DD" w:rsidRDefault="00A759DD" w:rsidP="00A759DD">
            <w:pPr>
              <w:spacing w:before="40" w:after="40"/>
            </w:pP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Ich bin ein früherer Mitarbeiter</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Ich bin Mitarbeiter</w:t>
            </w:r>
          </w:p>
        </w:tc>
        <w:tc>
          <w:tcPr>
            <w:tcW w:w="428" w:type="dxa"/>
          </w:tcPr>
          <w:p w:rsidR="00A759DD" w:rsidRDefault="00A759DD" w:rsidP="00A759DD">
            <w:pPr>
              <w:spacing w:before="40" w:after="40"/>
              <w:rPr>
                <w:sz w:val="19"/>
              </w:rPr>
            </w:pPr>
          </w:p>
        </w:tc>
        <w:tc>
          <w:tcPr>
            <w:tcW w:w="2508" w:type="dxa"/>
          </w:tcPr>
          <w:p w:rsidR="00A759DD" w:rsidRDefault="00A759DD" w:rsidP="00A759DD">
            <w:pPr>
              <w:spacing w:before="40" w:after="40"/>
            </w:pP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742"/>
        <w:gridCol w:w="5896"/>
      </w:tblGrid>
      <w:tr w:rsidR="009343DF">
        <w:trPr>
          <w:trHeight w:val="397"/>
        </w:trPr>
        <w:tc>
          <w:tcPr>
            <w:tcW w:w="3742" w:type="dxa"/>
            <w:shd w:val="clear" w:color="auto" w:fill="F2F4F7"/>
          </w:tcPr>
          <w:p w:rsidR="009343DF" w:rsidRDefault="00000000">
            <w:pPr>
              <w:spacing w:before="40" w:after="40"/>
            </w:pPr>
            <w:r>
              <w:rPr>
                <w:b/>
                <w:sz w:val="19"/>
              </w:rPr>
              <w:t>Datum / Zeitraum der Beziehung</w:t>
            </w:r>
            <w:r>
              <w:rPr>
                <w:i/>
                <w:color w:val="595959"/>
                <w:sz w:val="15"/>
              </w:rPr>
              <w:br/>
              <w:t>Wenn Sie es wissen</w:t>
            </w:r>
          </w:p>
        </w:tc>
        <w:tc>
          <w:tcPr>
            <w:tcW w:w="5896" w:type="dxa"/>
          </w:tcPr>
          <w:p w:rsidR="009343DF" w:rsidRDefault="009343DF">
            <w:pPr>
              <w:spacing w:before="40" w:after="40"/>
            </w:pPr>
          </w:p>
        </w:tc>
      </w:tr>
      <w:tr w:rsidR="009343DF">
        <w:trPr>
          <w:trHeight w:val="397"/>
        </w:trPr>
        <w:tc>
          <w:tcPr>
            <w:tcW w:w="3742" w:type="dxa"/>
            <w:shd w:val="clear" w:color="auto" w:fill="F2F4F7"/>
          </w:tcPr>
          <w:p w:rsidR="009343DF" w:rsidRDefault="00000000">
            <w:pPr>
              <w:spacing w:before="40" w:after="40"/>
            </w:pPr>
            <w:r>
              <w:rPr>
                <w:b/>
                <w:sz w:val="19"/>
              </w:rPr>
              <w:t>Reservierungs- / Zimmer- / Registernummer</w:t>
            </w:r>
            <w:r>
              <w:rPr>
                <w:i/>
                <w:color w:val="595959"/>
                <w:sz w:val="15"/>
              </w:rPr>
              <w:br/>
              <w:t>Falls vorhanden</w:t>
            </w:r>
          </w:p>
        </w:tc>
        <w:tc>
          <w:tcPr>
            <w:tcW w:w="5896" w:type="dxa"/>
          </w:tcPr>
          <w:p w:rsidR="009343DF" w:rsidRDefault="009343DF">
            <w:pPr>
              <w:spacing w:before="40" w:after="40"/>
            </w:pPr>
          </w:p>
        </w:tc>
      </w:tr>
      <w:tr w:rsidR="009343DF">
        <w:trPr>
          <w:trHeight w:val="397"/>
        </w:trPr>
        <w:tc>
          <w:tcPr>
            <w:tcW w:w="3742" w:type="dxa"/>
            <w:shd w:val="clear" w:color="auto" w:fill="F2F4F7"/>
          </w:tcPr>
          <w:p w:rsidR="009343DF" w:rsidRDefault="00000000">
            <w:pPr>
              <w:spacing w:before="40" w:after="40"/>
            </w:pPr>
            <w:r>
              <w:rPr>
                <w:b/>
                <w:sz w:val="19"/>
              </w:rPr>
              <w:t>Sonstiges (wenn nichts der obigen Angaben zutrifft)</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 xml:space="preserve">C · IHRE ANFRAGE  (Sie können mehrere Optionen ankreuzen)</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4923"/>
        <w:gridCol w:w="428"/>
        <w:gridCol w:w="4075"/>
      </w:tblGrid>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1. Ich möchte erfahren, ob meine personenbezogenen Daten verarbeitet werden.</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6. Ich verlange die Löschung oder Vernichtung meiner personenbezogenen Daten.</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2. Wenn meine personenbezogenen Daten verarbeitet wurden, verlange ich Auskunft darüber.</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7. Ich möchte, dass die Maßnahme nach Anfrage 5 und/oder 6 den Dritten mitgeteilt wird, an die meine Daten weitergegeben wurden.</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3. Ich möchte erfahren, wofür meine personenbezogenen Daten verarbeitet werden und ob sie für diesen Zweck verwendet werden.</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8. Eine Analyse meiner Daten, die ausschließlich durch automatisierte Systeme erfolgte, hat zu einem Ergebnis gegen mich geführt, und ich widerspreche dem.</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4. Ich möchte die Dritten kennen, an die meine personenbezogenen Daten im Inland oder Ausland weitergegeben wurden.</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9. Ich möchte die ausdrückliche Einwilligung widerrufen, die ich früher erteilt habe. (Kreuzen Sie unten das Thema an.)</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5. Meine personenbezogenen Daten wurden unvollständig oder falsch verarbeitet, und ich verlange ihre Berichtigung. (Schreiben Sie die richtigen Daten in Abschnitt D und fügen Sie, wenn vorhanden, Unterlagen bei.)</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10. Mir ist durch die rechtswidrige Verarbeitung meiner personenbezogenen Daten ein Schaden entstanden, und ich verlange Schadensersatz. (Bitte belegen Sie den Schaden.)</w:t>
            </w:r>
          </w:p>
        </w:tc>
      </w:tr>
    </w:tbl>
    <w:p w:rsidR="009343DF" w:rsidRDefault="009343DF">
      <w:pPr>
        <w:spacing w:after="0" w:line="240" w:lineRule="auto"/>
      </w:pPr>
    </w:p>
    <w:p w:rsidR="00690954" w:rsidRDefault="00690954">
      <w:pPr>
        <w:spacing w:after="200" w:line="276" w:lineRule="auto"/>
        <w:rPr>
          <w:b/>
          <w:sz w:val="18"/>
        </w:rPr>
      </w:pPr>
      <w:r>
        <w:rPr>
          <w:b/>
          <w:sz w:val="18"/>
        </w:rPr>
        <w:br w:type="page"/>
      </w:r>
    </w:p>
    <w:p w:rsidR="009343DF" w:rsidRDefault="00000000">
      <w:pPr>
        <w:spacing w:after="60"/>
      </w:pPr>
      <w:r>
        <w:rPr>
          <w:b/>
          <w:sz w:val="18"/>
        </w:rPr>
        <w:lastRenderedPageBreak/>
        <w:t>Wenn Sie Punkt 10 angekreuzt haben — das Thema, für das Sie die Einwilligung widerrufen möchten:</w:t>
      </w:r>
    </w:p>
    <w:tbl>
      <w:tblPr>
        <w:tblStyle w:val="TabloKlavuzu"/>
        <w:tblW w:w="0" w:type="auto"/>
        <w:tblLook w:val="04A0" w:firstRow="1" w:lastRow="0" w:firstColumn="1" w:lastColumn="0" w:noHBand="0" w:noVBand="1"/>
      </w:tblPr>
      <w:tblGrid>
        <w:gridCol w:w="428"/>
        <w:gridCol w:w="2409"/>
        <w:gridCol w:w="428"/>
        <w:gridCol w:w="2409"/>
      </w:tblGrid>
      <w:tr w:rsidR="009343DF">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Kommerzielle elektronische Nachrichten / Marketing</w:t>
            </w:r>
          </w:p>
        </w:tc>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Treueprogramm</w:t>
            </w:r>
          </w:p>
        </w:tc>
      </w:tr>
      <w:tr w:rsidR="009343DF">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Nutzung von Fotos und Videos</w:t>
            </w:r>
          </w:p>
        </w:tc>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Gesundheitsangaben (Allergie, Ernährung, Barrierefreiheit)</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D · EINZELHEITEN IHRER ANFRAGE</w:t>
            </w:r>
          </w:p>
        </w:tc>
      </w:tr>
    </w:tbl>
    <w:p w:rsidR="009343DF" w:rsidRDefault="009343DF">
      <w:pPr>
        <w:spacing w:after="40"/>
      </w:pPr>
    </w:p>
    <w:p w:rsidR="009343DF" w:rsidRDefault="00000000">
      <w:pPr>
        <w:spacing w:after="60"/>
      </w:pPr>
      <w:r>
        <w:rPr>
          <w:i/>
          <w:color w:val="595959"/>
          <w:sz w:val="17"/>
        </w:rPr>
        <w:t>Bitte schreiben Sie Ihre Anfrage so klar und konkret wie möglich. Sie können Informationen und Unterlagen zum Thema dem Formular beifügen.</w:t>
      </w:r>
    </w:p>
    <w:tbl>
      <w:tblPr>
        <w:tblStyle w:val="TabloKlavuzu"/>
        <w:tblW w:w="0" w:type="auto"/>
        <w:tblLook w:val="04A0" w:firstRow="1" w:lastRow="0" w:firstColumn="1" w:lastColumn="0" w:noHBand="0" w:noVBand="1"/>
      </w:tblPr>
      <w:tblGrid>
        <w:gridCol w:w="9638"/>
      </w:tblGrid>
      <w:tr w:rsidR="009343DF" w:rsidTr="00A759DD">
        <w:trPr>
          <w:trHeight w:val="1843"/>
        </w:trPr>
        <w:tc>
          <w:tcPr>
            <w:tcW w:w="9638" w:type="dxa"/>
          </w:tcPr>
          <w:p w:rsidR="009343DF" w:rsidRDefault="009343DF">
            <w:pPr>
              <w:spacing w:before="40" w:after="40"/>
            </w:pP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742"/>
        <w:gridCol w:w="5896"/>
      </w:tblGrid>
      <w:tr w:rsidR="009343DF">
        <w:trPr>
          <w:trHeight w:val="397"/>
        </w:trPr>
        <w:tc>
          <w:tcPr>
            <w:tcW w:w="3742" w:type="dxa"/>
            <w:shd w:val="clear" w:color="auto" w:fill="F2F4F7"/>
          </w:tcPr>
          <w:p w:rsidR="009343DF" w:rsidRDefault="00000000">
            <w:pPr>
              <w:spacing w:before="40" w:after="40"/>
            </w:pPr>
            <w:r>
              <w:rPr>
                <w:b/>
                <w:sz w:val="19"/>
              </w:rPr>
              <w:t>Anlagen</w:t>
            </w:r>
            <w:r>
              <w:rPr>
                <w:i/>
                <w:color w:val="595959"/>
                <w:sz w:val="15"/>
              </w:rPr>
              <w:br/>
              <w:t>Liste der beigefügten Unterlagen, falls vorhanden</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E · WIE WIR IHNEN DIE ANTWORT SENDEN SOLLEN</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4819"/>
      </w:tblGrid>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Per Post an die Adresse senden, die ich in Abschnitt A angegeben habe.</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An die E-Mail-Adresse senden, die ich in Abschnitt A angegeben habe.</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 xml:space="preserve">An meine KEP-Adresse senden  (KEP-Adresse: ....................................................)</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Ich möchte sie persönlich abholen. (Wer sie in meinem Auftrag abholt, muss eine notariell beglaubigte Vollmacht vorlegen.)</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F · ERKLÄRUNG UND UNTERSCHRIFT</w:t>
            </w:r>
          </w:p>
        </w:tc>
      </w:tr>
    </w:tbl>
    <w:p w:rsidR="009343DF" w:rsidRDefault="009343DF">
      <w:pPr>
        <w:spacing w:after="40"/>
      </w:pPr>
    </w:p>
    <w:tbl>
      <w:tblPr>
        <w:tblStyle w:val="TabloKlavuzu"/>
        <w:tblW w:w="0" w:type="auto"/>
        <w:tblLook w:val="04A0" w:firstRow="1" w:lastRow="0" w:firstColumn="1" w:lastColumn="0" w:noHBand="0" w:noVBand="1"/>
      </w:tblPr>
      <w:tblGrid>
        <w:gridCol w:w="9638"/>
      </w:tblGrid>
      <w:tr w:rsidR="009343DF">
        <w:tc>
          <w:tcPr>
            <w:tcW w:w="9638" w:type="dxa"/>
            <w:shd w:val="clear" w:color="auto" w:fill="F2F4F7"/>
          </w:tcPr>
          <w:p w:rsidR="009343DF" w:rsidRDefault="00000000">
            <w:pPr>
              <w:spacing w:before="40" w:after="40"/>
            </w:pPr>
            <w:r>
              <w:rPr>
                <w:sz w:val="18"/>
              </w:rPr>
              <w:t>Ich erkläre, dass die Angaben in diesem Formular richtig und aktuell sind, dass sich meine Anfrage nur auf meine eigenen personenbezogenen Daten bezieht und dass ich keine Daten einer anderen Person verlange. Ich erkläre außerdem, dass ich weiß, dass die NG PHASELIS TURİZM A.Ş. von mir zusätzliche Angaben oder Unterlagen verlangen kann, um meine Identität zu prüfen.</w:t>
            </w: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213"/>
        <w:gridCol w:w="3213"/>
        <w:gridCol w:w="3213"/>
      </w:tblGrid>
      <w:tr w:rsidR="009343DF">
        <w:tc>
          <w:tcPr>
            <w:tcW w:w="3213" w:type="dxa"/>
            <w:shd w:val="clear" w:color="auto" w:fill="F2F4F7"/>
          </w:tcPr>
          <w:p w:rsidR="009343DF" w:rsidRDefault="00000000">
            <w:pPr>
              <w:spacing w:before="40" w:after="40"/>
              <w:jc w:val="center"/>
            </w:pPr>
            <w:r>
              <w:rPr>
                <w:b/>
                <w:sz w:val="19"/>
              </w:rPr>
              <w:t>Vor- und Nachname</w:t>
            </w:r>
          </w:p>
        </w:tc>
        <w:tc>
          <w:tcPr>
            <w:tcW w:w="3213" w:type="dxa"/>
            <w:shd w:val="clear" w:color="auto" w:fill="F2F4F7"/>
          </w:tcPr>
          <w:p w:rsidR="009343DF" w:rsidRDefault="00000000">
            <w:pPr>
              <w:spacing w:before="40" w:after="40"/>
              <w:jc w:val="center"/>
            </w:pPr>
            <w:r>
              <w:rPr>
                <w:b/>
                <w:sz w:val="19"/>
              </w:rPr>
              <w:t>Datum des Antrags</w:t>
            </w:r>
          </w:p>
        </w:tc>
        <w:tc>
          <w:tcPr>
            <w:tcW w:w="3213" w:type="dxa"/>
            <w:shd w:val="clear" w:color="auto" w:fill="F2F4F7"/>
          </w:tcPr>
          <w:p w:rsidR="009343DF" w:rsidRDefault="00000000">
            <w:pPr>
              <w:spacing w:before="40" w:after="40"/>
              <w:jc w:val="center"/>
            </w:pPr>
            <w:r>
              <w:rPr>
                <w:b/>
                <w:sz w:val="19"/>
              </w:rPr>
              <w:t>Unterschrift</w:t>
            </w:r>
          </w:p>
        </w:tc>
      </w:tr>
      <w:tr w:rsidR="009343DF">
        <w:trPr>
          <w:trHeight w:val="964"/>
        </w:trPr>
        <w:tc>
          <w:tcPr>
            <w:tcW w:w="3213" w:type="dxa"/>
          </w:tcPr>
          <w:p w:rsidR="009343DF" w:rsidRDefault="009343DF">
            <w:pPr>
              <w:spacing w:before="40" w:after="40"/>
            </w:pPr>
          </w:p>
        </w:tc>
        <w:tc>
          <w:tcPr>
            <w:tcW w:w="3213" w:type="dxa"/>
          </w:tcPr>
          <w:p w:rsidR="009343DF" w:rsidRDefault="009343DF">
            <w:pPr>
              <w:spacing w:before="40" w:after="40"/>
            </w:pPr>
          </w:p>
        </w:tc>
        <w:tc>
          <w:tcPr>
            <w:tcW w:w="3213" w:type="dxa"/>
          </w:tcPr>
          <w:p w:rsidR="009343DF" w:rsidRDefault="009343DF">
            <w:pPr>
              <w:spacing w:before="40" w:after="40"/>
            </w:pPr>
          </w:p>
        </w:tc>
      </w:tr>
    </w:tbl>
    <w:p w:rsidR="009343DF" w:rsidRDefault="00000000">
      <w:pPr>
        <w:spacing w:before="80"/>
      </w:pPr>
      <w:r>
        <w:rPr>
          <w:i/>
          <w:color w:val="595959"/>
          <w:sz w:val="17"/>
        </w:rPr>
        <w:t>Wenn Sie den Antrag im Namen einer anderen Person stellen, müssen Sie zusammen mit diesem Formular eine notariell beglaubigte Vollmacht oder einen Nachweis vorlegen, dass Sie Elternteil oder gesetzlicher Vormund sind. Anträge ohne Vollmacht werden nicht bearbeitet.</w:t>
      </w:r>
    </w:p>
    <w:p w:rsidR="009343DF" w:rsidRDefault="00000000">
      <w:r>
        <w:br w:type="page"/>
      </w: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lastRenderedPageBreak/>
              <w:t>G · WIE SIE IHREN ANTRAG SENDEN</w:t>
            </w:r>
          </w:p>
        </w:tc>
      </w:tr>
    </w:tbl>
    <w:p w:rsidR="009343DF" w:rsidRDefault="009343DF">
      <w:pPr>
        <w:spacing w:after="40"/>
      </w:pPr>
    </w:p>
    <w:tbl>
      <w:tblPr>
        <w:tblStyle w:val="TabloKlavuzu"/>
        <w:tblW w:w="0" w:type="auto"/>
        <w:shd w:val="clear" w:color="auto" w:fill="C4BC96" w:themeFill="background2" w:themeFillShade="BF"/>
        <w:tblLook w:val="04A0" w:firstRow="1" w:lastRow="0" w:firstColumn="1" w:lastColumn="0" w:noHBand="0" w:noVBand="1"/>
      </w:tblPr>
      <w:tblGrid>
        <w:gridCol w:w="3061"/>
        <w:gridCol w:w="6576"/>
      </w:tblGrid>
      <w:tr w:rsidR="009343DF" w:rsidTr="00690954">
        <w:tc>
          <w:tcPr>
            <w:tcW w:w="3061" w:type="dxa"/>
            <w:tcBorders>
              <w:bottom w:val="single" w:sz="4" w:space="0" w:color="auto"/>
            </w:tcBorders>
            <w:shd w:val="clear" w:color="auto" w:fill="C4BC96" w:themeFill="background2" w:themeFillShade="BF"/>
          </w:tcPr>
          <w:p w:rsidR="009343DF" w:rsidRDefault="00000000">
            <w:pPr>
              <w:spacing w:before="40" w:after="40"/>
            </w:pPr>
            <w:r>
              <w:rPr>
                <w:b/>
                <w:color w:val="FFFFFF"/>
                <w:sz w:val="19"/>
              </w:rPr>
              <w:t>Weg</w:t>
            </w:r>
          </w:p>
        </w:tc>
        <w:tc>
          <w:tcPr>
            <w:tcW w:w="6576" w:type="dxa"/>
            <w:tcBorders>
              <w:bottom w:val="single" w:sz="4" w:space="0" w:color="auto"/>
            </w:tcBorders>
            <w:shd w:val="clear" w:color="auto" w:fill="C4BC96" w:themeFill="background2" w:themeFillShade="BF"/>
          </w:tcPr>
          <w:p w:rsidR="009343DF" w:rsidRDefault="00000000">
            <w:pPr>
              <w:spacing w:before="40" w:after="40"/>
            </w:pPr>
            <w:r>
              <w:rPr>
                <w:b/>
                <w:color w:val="FFFFFF"/>
                <w:sz w:val="19"/>
              </w:rPr>
              <w:t>Adresse / Einzelheiten</w:t>
            </w:r>
          </w:p>
        </w:tc>
      </w:tr>
      <w:tr w:rsidR="009343DF" w:rsidTr="00690954">
        <w:tc>
          <w:tcPr>
            <w:tcW w:w="3061" w:type="dxa"/>
            <w:shd w:val="clear" w:color="auto" w:fill="auto"/>
          </w:tcPr>
          <w:p w:rsidR="009343DF" w:rsidRDefault="00000000">
            <w:pPr>
              <w:spacing w:before="40" w:after="40"/>
            </w:pPr>
            <w:r>
              <w:rPr>
                <w:b/>
                <w:sz w:val="19"/>
              </w:rPr>
              <w:t>Schriftlicher Antrag</w:t>
            </w:r>
          </w:p>
        </w:tc>
        <w:tc>
          <w:tcPr>
            <w:tcW w:w="6576" w:type="dxa"/>
            <w:shd w:val="clear" w:color="auto" w:fill="auto"/>
          </w:tcPr>
          <w:p w:rsidR="009343DF" w:rsidRDefault="00000000">
            <w:pPr>
              <w:spacing w:before="40" w:after="40"/>
            </w:pPr>
            <w:r>
              <w:rPr>
                <w:sz w:val="19"/>
              </w:rPr>
              <w:t>Das mit nasser Unterschrift unterzeichnete Formular persönlich abgeben, über einen Notar oder per Einschreiben bzw. Kurier mit Rückschein senden:</w:t>
            </w:r>
            <w:r>
              <w:rPr>
                <w:sz w:val="19"/>
              </w:rPr>
              <w:br/>
              <w:t>Göynük Mah. 3160. Sok. No: 31  Kemer / ANTALYA</w:t>
            </w:r>
          </w:p>
        </w:tc>
      </w:tr>
      <w:tr w:rsidR="009343DF" w:rsidTr="00690954">
        <w:tc>
          <w:tcPr>
            <w:tcW w:w="3061" w:type="dxa"/>
            <w:shd w:val="clear" w:color="auto" w:fill="auto"/>
          </w:tcPr>
          <w:p w:rsidR="009343DF" w:rsidRDefault="00000000">
            <w:pPr>
              <w:spacing w:before="40" w:after="40"/>
            </w:pPr>
            <w:r>
              <w:rPr>
                <w:b/>
                <w:sz w:val="19"/>
              </w:rPr>
              <w:t>KEP</w:t>
            </w:r>
          </w:p>
        </w:tc>
        <w:tc>
          <w:tcPr>
            <w:tcW w:w="6576" w:type="dxa"/>
            <w:shd w:val="clear" w:color="auto" w:fill="auto"/>
          </w:tcPr>
          <w:p w:rsidR="009343DF" w:rsidRDefault="00000000">
            <w:pPr>
              <w:spacing w:before="40" w:after="40"/>
            </w:pPr>
            <w:r>
              <w:rPr>
                <w:sz w:val="19"/>
              </w:rPr>
              <w:t xml:space="preserve">Von Ihrer KEP-Adresse:  ngphaselisturizm@hs01.kep.tr</w:t>
            </w:r>
          </w:p>
        </w:tc>
      </w:tr>
      <w:tr w:rsidR="009343DF" w:rsidTr="00690954">
        <w:tc>
          <w:tcPr>
            <w:tcW w:w="3061" w:type="dxa"/>
            <w:shd w:val="clear" w:color="auto" w:fill="auto"/>
          </w:tcPr>
          <w:p w:rsidR="009343DF" w:rsidRDefault="00000000">
            <w:pPr>
              <w:spacing w:before="40" w:after="40"/>
            </w:pPr>
            <w:r>
              <w:rPr>
                <w:b/>
                <w:sz w:val="19"/>
              </w:rPr>
              <w:t>Sichere elektronische Signatur / Mobilsignatur</w:t>
            </w:r>
          </w:p>
        </w:tc>
        <w:tc>
          <w:tcPr>
            <w:tcW w:w="6576" w:type="dxa"/>
            <w:shd w:val="clear" w:color="auto" w:fill="auto"/>
          </w:tcPr>
          <w:p w:rsidR="009343DF" w:rsidRDefault="00000000">
            <w:pPr>
              <w:spacing w:before="40" w:after="40"/>
            </w:pPr>
            <w:r>
              <w:rPr>
                <w:sz w:val="19"/>
              </w:rPr>
              <w:t xml:space="preserve">Mit elektronischer Signatur oder Mobilsignatur:  info@ngphaselisbay.com</w:t>
            </w:r>
          </w:p>
        </w:tc>
      </w:tr>
      <w:tr w:rsidR="009343DF" w:rsidTr="00690954">
        <w:tc>
          <w:tcPr>
            <w:tcW w:w="3061" w:type="dxa"/>
            <w:shd w:val="clear" w:color="auto" w:fill="auto"/>
          </w:tcPr>
          <w:p w:rsidR="009343DF" w:rsidRDefault="00000000">
            <w:pPr>
              <w:spacing w:before="40" w:after="40"/>
            </w:pPr>
            <w:r>
              <w:rPr>
                <w:b/>
                <w:sz w:val="19"/>
              </w:rPr>
              <w:t>In unserem System registrierte E-Mail-Adresse</w:t>
            </w:r>
          </w:p>
        </w:tc>
        <w:tc>
          <w:tcPr>
            <w:tcW w:w="6576" w:type="dxa"/>
            <w:shd w:val="clear" w:color="auto" w:fill="auto"/>
          </w:tcPr>
          <w:p w:rsidR="009343DF" w:rsidRDefault="00000000">
            <w:pPr>
              <w:spacing w:before="40" w:after="40"/>
            </w:pPr>
            <w:r>
              <w:rPr>
                <w:sz w:val="19"/>
              </w:rPr>
              <w:t xml:space="preserve">Von der E-Mail-Adresse, die Sie uns früher mitgeteilt haben und die in unserem System registriert ist:  info@ngphaselisbay.com</w:t>
            </w:r>
          </w:p>
        </w:tc>
      </w:tr>
    </w:tbl>
    <w:p w:rsidR="009343DF" w:rsidRDefault="009343DF">
      <w:pPr>
        <w:spacing w:after="0" w:line="240" w:lineRule="auto"/>
      </w:pPr>
    </w:p>
    <w:p w:rsidR="009343DF" w:rsidRDefault="00000000">
      <w:pPr>
        <w:spacing w:after="60"/>
      </w:pPr>
      <w:r>
        <w:rPr>
          <w:b/>
          <w:sz w:val="18"/>
        </w:rPr>
        <w:t>Betreff — schreiben Sie ihn genau so auf den Umschlag, in den Titel des Formulars oder in die Betreffzeile der E-Mail (bitte behalten Sie den türkischen Text, damit wir Ihren Antrag richtig zuordnen können):</w:t>
      </w:r>
    </w:p>
    <w:tbl>
      <w:tblPr>
        <w:tblStyle w:val="TabloKlavuzu"/>
        <w:tblW w:w="0" w:type="auto"/>
        <w:tblLook w:val="04A0" w:firstRow="1" w:lastRow="0" w:firstColumn="1" w:lastColumn="0" w:noHBand="0" w:noVBand="1"/>
      </w:tblPr>
      <w:tblGrid>
        <w:gridCol w:w="9638"/>
      </w:tblGrid>
      <w:tr w:rsidR="009343DF">
        <w:tc>
          <w:tcPr>
            <w:tcW w:w="9638" w:type="dxa"/>
            <w:shd w:val="clear" w:color="auto" w:fill="FFF7E6"/>
          </w:tcPr>
          <w:p w:rsidR="009343DF" w:rsidRDefault="00000000">
            <w:pPr>
              <w:spacing w:before="40" w:after="40"/>
              <w:jc w:val="center"/>
            </w:pPr>
            <w:r>
              <w:rPr>
                <w:b/>
                <w:sz w:val="19"/>
              </w:rPr>
              <w:t xml:space="preserve">NG PHASELIS TURİZM A.Ş. — KİŞİSEL VERİLERİN KORUNMASI KANUNU KAPSAMINDA İLGİLİ KİŞİ BAŞVURUSU  (auf Deutsch: Antrag einer betroffenen Person nach dem Gesetz zum Schutz personenbezogener Daten)</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H · WAS SIE WISSEN SOLLTEN</w:t>
            </w:r>
          </w:p>
        </w:tc>
      </w:tr>
    </w:tbl>
    <w:p w:rsidR="009343DF" w:rsidRDefault="009343DF">
      <w:pPr>
        <w:spacing w:after="40"/>
      </w:pPr>
    </w:p>
    <w:p w:rsidR="009343DF" w:rsidRDefault="00000000">
      <w:pPr>
        <w:spacing w:after="100"/>
        <w:ind w:left="340" w:hanging="340"/>
      </w:pPr>
      <w:r>
        <w:rPr>
          <w:b/>
          <w:sz w:val="18"/>
        </w:rPr>
        <w:t xml:space="preserve">1.  Frist. </w:t>
      </w:r>
      <w:r>
        <w:rPr>
          <w:sz w:val="18"/>
        </w:rPr>
        <w:t>Wir bearbeiten Ihren Antrag je nach Art so schnell wie möglich und spätestens innerhalb von dreißig Tagen. Die Frist beginnt an dem Tag, an dem Ihr Antrag unser Unternehmen erreicht.</w:t>
      </w:r>
    </w:p>
    <w:p w:rsidR="009343DF" w:rsidRDefault="00000000">
      <w:pPr>
        <w:spacing w:after="100"/>
        <w:ind w:left="340" w:hanging="340"/>
      </w:pPr>
      <w:r>
        <w:rPr>
          <w:b/>
          <w:sz w:val="18"/>
        </w:rPr>
        <w:t xml:space="preserve">2.  Gebühr. </w:t>
      </w:r>
      <w:r>
        <w:rPr>
          <w:sz w:val="18"/>
        </w:rPr>
        <w:t>Anträge sind in der Regel kostenlos. Wenn der Vorgang zusätzliche Kosten verursacht, können wir die Gebühr nach dem Tarif erheben, den der Datenschutzrat festlegt (eine Gebühr für jede Seite, wenn die Antwort länger als zehn Seiten ist; die Kosten des Datenträgers, zum Beispiel einer CD oder eines USB-Sticks, wenn wir die Antwort darauf geben).</w:t>
      </w:r>
    </w:p>
    <w:p w:rsidR="009343DF" w:rsidRDefault="00000000">
      <w:pPr>
        <w:spacing w:after="100"/>
        <w:ind w:left="340" w:hanging="340"/>
      </w:pPr>
      <w:r>
        <w:rPr>
          <w:b/>
          <w:sz w:val="18"/>
        </w:rPr>
        <w:t xml:space="preserve">3.  Identitätsprüfung. </w:t>
      </w:r>
      <w:r>
        <w:rPr>
          <w:sz w:val="18"/>
        </w:rPr>
        <w:t>Wir können zusätzliche Angaben oder Unterlagen verlangen, um die Identität des Antragstellers sicher festzustellen. Das bedeutet nicht, dass Sie eine Ausweiskopie senden müssen, damit Ihr Antrag gültig ist.</w:t>
      </w:r>
    </w:p>
    <w:p w:rsidR="009343DF" w:rsidRDefault="00000000">
      <w:pPr>
        <w:spacing w:after="100"/>
        <w:ind w:left="340" w:hanging="340"/>
      </w:pPr>
      <w:r>
        <w:rPr>
          <w:b/>
          <w:sz w:val="18"/>
        </w:rPr>
        <w:t xml:space="preserve">4.  Regel der eigenen Daten. </w:t>
      </w:r>
      <w:r>
        <w:rPr>
          <w:sz w:val="18"/>
        </w:rPr>
        <w:t>Sie können Ihre Rechte nur für Ihre eigenen Daten ausüben. Anträge im Namen von Ehepartner, Kind, Verwandten oder Freunden lehnen wir ab, wenn keine ordnungsgemäße Vollmacht vorliegt.</w:t>
      </w:r>
    </w:p>
    <w:p w:rsidR="009343DF" w:rsidRDefault="00000000">
      <w:pPr>
        <w:spacing w:after="100"/>
        <w:ind w:left="340" w:hanging="340"/>
      </w:pPr>
      <w:r>
        <w:rPr>
          <w:b/>
          <w:sz w:val="18"/>
        </w:rPr>
        <w:t xml:space="preserve">5.  Grenze von Löschanträgen. </w:t>
      </w:r>
      <w:r>
        <w:rPr>
          <w:sz w:val="18"/>
        </w:rPr>
        <w:t>Auch wenn wir Ihren Löschantrag erfüllen, müssen wir Daten, die wir wegen gesetzlicher Aufbewahrungspflichten speichern (Meldedaten zur Identität, Finanzunterlagen, Internet-Verkehrsprotokolle usw.), weitergeben, wenn befugte amtliche Stellen sie nach dem Gesetz anfordern.</w:t>
      </w:r>
    </w:p>
    <w:p w:rsidR="009343DF" w:rsidRDefault="00000000">
      <w:pPr>
        <w:spacing w:after="100"/>
        <w:ind w:left="340" w:hanging="340"/>
      </w:pPr>
      <w:r>
        <w:rPr>
          <w:b/>
          <w:sz w:val="18"/>
        </w:rPr>
        <w:t xml:space="preserve">6.  Beschwerderecht. </w:t>
      </w:r>
      <w:r>
        <w:rPr>
          <w:sz w:val="18"/>
        </w:rPr>
        <w:t>Wenn Ihr Antrag abgelehnt wird, Sie unsere Antwort für unzureichend halten oder wir nicht rechtzeitig antworten, können Sie sich beim Datenschutzrat beschweren. Die Beschwerde muss innerhalb von dreißig Tagen nach Kenntnis unserer Antwort erfolgen, in jedem Fall aber innerhalb von sechzig Tagen nach dem Antragsdatum (Artikel 14 des Gesetzes) — www.kvkk.gov.tr</w:t>
      </w:r>
    </w:p>
    <w:p w:rsidR="009343DF" w:rsidRDefault="00000000">
      <w:pPr>
        <w:spacing w:after="100"/>
        <w:ind w:left="340" w:hanging="340"/>
      </w:pPr>
      <w:r>
        <w:rPr>
          <w:b/>
          <w:sz w:val="18"/>
        </w:rPr>
        <w:t xml:space="preserve">7.  Ihre Daten in diesem Formular. </w:t>
      </w:r>
      <w:r>
        <w:rPr>
          <w:sz w:val="18"/>
        </w:rPr>
        <w:t>Wir verarbeiten die Angaben in diesem Formular nur, um Ihren Antrag zu prüfen, Ihre Identität zu bestätigen und Ihnen zu antworten. Wir tun das nach Artikel 5/2(ç) des Gesetzes (rechtliche Pflicht) und speichern sie in unseren Antragsunterlagen.</w:t>
      </w:r>
    </w:p>
    <w:p w:rsidR="009343DF" w:rsidRDefault="009343DF">
      <w:pPr>
        <w:spacing w:after="0" w:line="240" w:lineRule="auto"/>
      </w:pPr>
    </w:p>
    <w:p w:rsidR="009343DF" w:rsidRDefault="00000000">
      <w:pPr>
        <w:spacing w:after="0"/>
        <w:jc w:val="center"/>
      </w:pPr>
      <w:r>
        <w:rPr>
          <w:b/>
          <w:color w:val="1F364D"/>
          <w:sz w:val="18"/>
        </w:rPr>
        <w:t>NG PHASELIS TURİZM A.Ş.  (NG Phaselis Bay)</w:t>
      </w:r>
    </w:p>
    <w:p w:rsidR="009343DF" w:rsidRDefault="00000000">
      <w:pPr>
        <w:spacing w:after="0"/>
        <w:jc w:val="center"/>
      </w:pPr>
      <w:r>
        <w:rPr>
          <w:color w:val="595959"/>
          <w:sz w:val="17"/>
        </w:rPr>
        <w:t>Göynük Mah. 3160. Sok. No: 31 Kemer / ANTALYA  ·  +90 242 824 07 07  ·  info@ngphaselisbay.com  ·  www.ngphaselisbay.com</w:t>
      </w:r>
    </w:p>
    <w:p w:rsidR="009343DF" w:rsidRDefault="00000000">
      <w:pPr>
        <w:jc w:val="center"/>
      </w:pPr>
      <w:r>
        <w:rPr>
          <w:i/>
          <w:color w:val="595959"/>
          <w:sz w:val="16"/>
        </w:rPr>
        <w:t xml:space="preserve">Antragsformular für betroffene Personen · v1.0 · </w:t>
      </w:r>
      <w:r w:rsidR="00945F6E">
        <w:rPr>
          <w:i/>
          <w:color w:val="595959"/>
          <w:sz w:val="16"/>
        </w:rPr>
        <w:t>26</w:t>
      </w:r>
      <w:r>
        <w:rPr>
          <w:i/>
          <w:color w:val="595959"/>
          <w:sz w:val="16"/>
        </w:rPr>
        <w:t>.09.2026</w:t>
      </w:r>
    </w:p>
    <w:sectPr w:rsidR="009343DF" w:rsidSect="00690954">
      <w:pgSz w:w="11906" w:h="16838"/>
      <w:pgMar w:top="543" w:right="1134" w:bottom="60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16109390">
    <w:abstractNumId w:val="8"/>
  </w:num>
  <w:num w:numId="2" w16cid:durableId="351028448">
    <w:abstractNumId w:val="6"/>
  </w:num>
  <w:num w:numId="3" w16cid:durableId="1840150567">
    <w:abstractNumId w:val="5"/>
  </w:num>
  <w:num w:numId="4" w16cid:durableId="336808832">
    <w:abstractNumId w:val="4"/>
  </w:num>
  <w:num w:numId="5" w16cid:durableId="611322238">
    <w:abstractNumId w:val="7"/>
  </w:num>
  <w:num w:numId="6" w16cid:durableId="1750232139">
    <w:abstractNumId w:val="3"/>
  </w:num>
  <w:num w:numId="7" w16cid:durableId="968509635">
    <w:abstractNumId w:val="2"/>
  </w:num>
  <w:num w:numId="8" w16cid:durableId="1137575617">
    <w:abstractNumId w:val="1"/>
  </w:num>
  <w:num w:numId="9" w16cid:durableId="141964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4D3A"/>
    <w:rsid w:val="00690954"/>
    <w:rsid w:val="009343DF"/>
    <w:rsid w:val="00945F6E"/>
    <w:rsid w:val="00A759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25197EA-7B8C-EF40-BEC1-E5F49F10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eastAsia="Calibri" w:hAnsi="Calibri"/>
      <w:sz w:val="20"/>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873</Words>
  <Characters>4979</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4</cp:revision>
  <cp:lastPrinted>2026-09-06T10:46:00Z</cp:lastPrinted>
  <dcterms:created xsi:type="dcterms:W3CDTF">2013-12-23T23:15:00Z</dcterms:created>
  <dcterms:modified xsi:type="dcterms:W3CDTF">2026-10-06T15:30:00Z</dcterms:modified>
  <cp:category/>
</cp:coreProperties>
</file>