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343DF" w:rsidRDefault="00000000">
      <w:pPr>
        <w:spacing w:after="0"/>
        <w:jc w:val="center"/>
      </w:pPr>
      <w:r>
        <w:rPr>
          <w:b/>
          <w:color w:val="1F364D"/>
          <w:sz w:val="24"/>
        </w:rPr>
        <w:t>NG PHASELIS TURİZM A.Ş.</w:t>
      </w:r>
    </w:p>
    <w:p w:rsidR="009343DF" w:rsidRDefault="00000000">
      <w:pPr>
        <w:spacing w:after="160"/>
        <w:jc w:val="center"/>
      </w:pPr>
      <w:r>
        <w:rPr>
          <w:color w:val="595959"/>
          <w:sz w:val="19"/>
        </w:rPr>
        <w:t>NG Phaselis Bay</w:t>
      </w:r>
    </w:p>
    <w:p w:rsidR="009343DF" w:rsidRDefault="00000000">
      <w:pPr>
        <w:spacing w:after="40"/>
        <w:jc w:val="center"/>
      </w:pPr>
      <w:r>
        <w:rPr>
          <w:b/>
          <w:color w:val="1F364D"/>
          <w:sz w:val="30"/>
        </w:rPr>
        <w:t>DATA SUBJECT APPLICATION FORM</w:t>
      </w:r>
    </w:p>
    <w:p w:rsidR="009343DF" w:rsidRDefault="00000000">
      <w:pPr>
        <w:spacing w:after="200"/>
        <w:jc w:val="center"/>
      </w:pPr>
      <w:r>
        <w:rPr>
          <w:i/>
          <w:color w:val="595959"/>
          <w:sz w:val="17"/>
        </w:rPr>
        <w:t>Under Article 11 of Personal Data Protection Law No. 6698 and the Communiqué on the Procedures and Principles of Applications to the Data Controller</w:t>
      </w:r>
    </w:p>
    <w:p w:rsidR="009343DF" w:rsidRDefault="009343DF">
      <w:pPr>
        <w:spacing w:after="0" w:line="240" w:lineRule="auto"/>
      </w:pPr>
    </w:p>
    <w:tbl>
      <w:tblPr>
        <w:tblStyle w:val="TabloKlavuzu"/>
        <w:tblW w:w="0" w:type="auto"/>
        <w:jc w:val="center"/>
        <w:shd w:val="clear" w:color="auto" w:fill="C4BC96" w:themeFill="background2" w:themeFillShade="BF"/>
        <w:tblLook w:val="04A0" w:firstRow="1" w:lastRow="0" w:firstColumn="1" w:lastColumn="0" w:noHBand="0" w:noVBand="1"/>
      </w:tblPr>
      <w:tblGrid>
        <w:gridCol w:w="9638"/>
      </w:tblGrid>
      <w:tr w:rsidR="009343DF" w:rsidTr="00690954">
        <w:trPr>
          <w:jc w:val="center"/>
        </w:trPr>
        <w:tc>
          <w:tcPr>
            <w:tcW w:w="9638" w:type="dxa"/>
            <w:shd w:val="clear" w:color="auto" w:fill="C4BC96" w:themeFill="background2" w:themeFillShade="BF"/>
          </w:tcPr>
          <w:p w:rsidR="009343DF" w:rsidRDefault="00000000">
            <w:pPr>
              <w:spacing w:before="40" w:after="40"/>
            </w:pPr>
            <w:r>
              <w:rPr>
                <w:b/>
                <w:color w:val="FFFFFF"/>
                <w:sz w:val="21"/>
              </w:rPr>
              <w:t>A · APPLICANT'S DETAILS</w:t>
            </w:r>
          </w:p>
        </w:tc>
      </w:tr>
    </w:tbl>
    <w:p w:rsidR="009343DF" w:rsidRDefault="009343DF">
      <w:pPr>
        <w:spacing w:after="40"/>
      </w:pPr>
    </w:p>
    <w:tbl>
      <w:tblPr>
        <w:tblStyle w:val="TabloKlavuzu"/>
        <w:tblW w:w="0" w:type="auto"/>
        <w:tblLook w:val="04A0" w:firstRow="1" w:lastRow="0" w:firstColumn="1" w:lastColumn="0" w:noHBand="0" w:noVBand="1"/>
      </w:tblPr>
      <w:tblGrid>
        <w:gridCol w:w="3742"/>
        <w:gridCol w:w="5896"/>
      </w:tblGrid>
      <w:tr w:rsidR="009343DF">
        <w:trPr>
          <w:trHeight w:val="442"/>
        </w:trPr>
        <w:tc>
          <w:tcPr>
            <w:tcW w:w="3742" w:type="dxa"/>
            <w:shd w:val="clear" w:color="auto" w:fill="F2F4F7"/>
          </w:tcPr>
          <w:p w:rsidR="009343DF" w:rsidRDefault="00000000">
            <w:pPr>
              <w:spacing w:before="40" w:after="40"/>
            </w:pPr>
            <w:r>
              <w:rPr>
                <w:b/>
                <w:sz w:val="19"/>
              </w:rPr>
              <w:t>Full name</w:t>
            </w:r>
          </w:p>
        </w:tc>
        <w:tc>
          <w:tcPr>
            <w:tcW w:w="5896" w:type="dxa"/>
          </w:tcPr>
          <w:p w:rsidR="009343DF" w:rsidRDefault="009343DF">
            <w:pPr>
              <w:spacing w:before="40" w:after="40"/>
            </w:pPr>
          </w:p>
        </w:tc>
      </w:tr>
      <w:tr w:rsidR="009343DF">
        <w:trPr>
          <w:trHeight w:val="442"/>
        </w:trPr>
        <w:tc>
          <w:tcPr>
            <w:tcW w:w="3742" w:type="dxa"/>
            <w:shd w:val="clear" w:color="auto" w:fill="F2F4F7"/>
          </w:tcPr>
          <w:p w:rsidR="009343DF" w:rsidRDefault="00000000">
            <w:pPr>
              <w:spacing w:before="40" w:after="40"/>
            </w:pPr>
            <w:r>
              <w:rPr>
                <w:b/>
                <w:sz w:val="19"/>
              </w:rPr>
              <w:t>Turkish ID number (T.C. Kimlik No)</w:t>
            </w:r>
          </w:p>
        </w:tc>
        <w:tc>
          <w:tcPr>
            <w:tcW w:w="5896" w:type="dxa"/>
          </w:tcPr>
          <w:p w:rsidR="009343DF" w:rsidRDefault="009343DF">
            <w:pPr>
              <w:spacing w:before="40" w:after="40"/>
            </w:pPr>
          </w:p>
        </w:tc>
      </w:tr>
      <w:tr w:rsidR="009343DF">
        <w:trPr>
          <w:trHeight w:val="442"/>
        </w:trPr>
        <w:tc>
          <w:tcPr>
            <w:tcW w:w="3742" w:type="dxa"/>
            <w:shd w:val="clear" w:color="auto" w:fill="F2F4F7"/>
          </w:tcPr>
          <w:p w:rsidR="009343DF" w:rsidRDefault="00000000">
            <w:pPr>
              <w:spacing w:before="40" w:after="40"/>
            </w:pPr>
            <w:r>
              <w:rPr>
                <w:b/>
                <w:sz w:val="19"/>
              </w:rPr>
              <w:t>Nationality / Passport No. / ID No</w:t>
            </w:r>
            <w:r>
              <w:rPr>
                <w:i/>
                <w:color w:val="595959"/>
                <w:sz w:val="15"/>
              </w:rPr>
              <w:br/>
              <w:t>Only foreign applicants fill this in</w:t>
            </w:r>
          </w:p>
        </w:tc>
        <w:tc>
          <w:tcPr>
            <w:tcW w:w="5896" w:type="dxa"/>
          </w:tcPr>
          <w:p w:rsidR="009343DF" w:rsidRDefault="009343DF">
            <w:pPr>
              <w:spacing w:before="40" w:after="40"/>
            </w:pPr>
          </w:p>
        </w:tc>
      </w:tr>
      <w:tr w:rsidR="009343DF">
        <w:trPr>
          <w:trHeight w:val="442"/>
        </w:trPr>
        <w:tc>
          <w:tcPr>
            <w:tcW w:w="3742" w:type="dxa"/>
            <w:shd w:val="clear" w:color="auto" w:fill="F2F4F7"/>
          </w:tcPr>
          <w:p w:rsidR="009343DF" w:rsidRDefault="00000000">
            <w:pPr>
              <w:spacing w:before="40" w:after="40"/>
            </w:pPr>
            <w:r>
              <w:rPr>
                <w:b/>
                <w:sz w:val="19"/>
              </w:rPr>
              <w:t>Address for official notices</w:t>
            </w:r>
          </w:p>
        </w:tc>
        <w:tc>
          <w:tcPr>
            <w:tcW w:w="5896" w:type="dxa"/>
          </w:tcPr>
          <w:p w:rsidR="009343DF" w:rsidRDefault="009343DF">
            <w:pPr>
              <w:spacing w:before="40" w:after="40"/>
            </w:pPr>
          </w:p>
        </w:tc>
      </w:tr>
      <w:tr w:rsidR="009343DF">
        <w:trPr>
          <w:trHeight w:val="442"/>
        </w:trPr>
        <w:tc>
          <w:tcPr>
            <w:tcW w:w="3742" w:type="dxa"/>
            <w:shd w:val="clear" w:color="auto" w:fill="F2F4F7"/>
          </w:tcPr>
          <w:p w:rsidR="009343DF" w:rsidRDefault="00000000">
            <w:pPr>
              <w:spacing w:before="40" w:after="40"/>
            </w:pPr>
            <w:r>
              <w:rPr>
                <w:b/>
                <w:sz w:val="19"/>
              </w:rPr>
              <w:t>Mobile phone</w:t>
            </w:r>
          </w:p>
        </w:tc>
        <w:tc>
          <w:tcPr>
            <w:tcW w:w="5896" w:type="dxa"/>
          </w:tcPr>
          <w:p w:rsidR="009343DF" w:rsidRDefault="009343DF">
            <w:pPr>
              <w:spacing w:before="40" w:after="40"/>
            </w:pPr>
          </w:p>
        </w:tc>
      </w:tr>
      <w:tr w:rsidR="009343DF">
        <w:trPr>
          <w:trHeight w:val="442"/>
        </w:trPr>
        <w:tc>
          <w:tcPr>
            <w:tcW w:w="3742" w:type="dxa"/>
            <w:shd w:val="clear" w:color="auto" w:fill="F2F4F7"/>
          </w:tcPr>
          <w:p w:rsidR="009343DF" w:rsidRDefault="00000000">
            <w:pPr>
              <w:spacing w:before="40" w:after="40"/>
            </w:pPr>
            <w:r>
              <w:rPr>
                <w:b/>
                <w:sz w:val="19"/>
              </w:rPr>
              <w:t>Email address</w:t>
            </w:r>
          </w:p>
        </w:tc>
        <w:tc>
          <w:tcPr>
            <w:tcW w:w="5896" w:type="dxa"/>
          </w:tcPr>
          <w:p w:rsidR="009343DF" w:rsidRDefault="009343DF">
            <w:pPr>
              <w:spacing w:before="40" w:after="40"/>
            </w:pPr>
          </w:p>
        </w:tc>
      </w:tr>
      <w:tr w:rsidR="009343DF">
        <w:trPr>
          <w:trHeight w:val="442"/>
        </w:trPr>
        <w:tc>
          <w:tcPr>
            <w:tcW w:w="3742" w:type="dxa"/>
            <w:shd w:val="clear" w:color="auto" w:fill="F2F4F7"/>
          </w:tcPr>
          <w:p w:rsidR="009343DF" w:rsidRDefault="00000000">
            <w:pPr>
              <w:spacing w:before="40" w:after="40"/>
            </w:pPr>
            <w:r>
              <w:rPr>
                <w:b/>
                <w:sz w:val="19"/>
              </w:rPr>
              <w:t>Fax number</w:t>
            </w:r>
            <w:r>
              <w:rPr>
                <w:i/>
                <w:color w:val="595959"/>
                <w:sz w:val="15"/>
              </w:rPr>
              <w:br/>
              <w:t>If you have one</w:t>
            </w:r>
          </w:p>
        </w:tc>
        <w:tc>
          <w:tcPr>
            <w:tcW w:w="5896" w:type="dxa"/>
          </w:tcPr>
          <w:p w:rsidR="009343DF" w:rsidRDefault="009343DF">
            <w:pPr>
              <w:spacing w:before="40" w:after="40"/>
            </w:pPr>
          </w:p>
        </w:tc>
      </w:tr>
    </w:tbl>
    <w:p w:rsidR="009343DF" w:rsidRDefault="009343DF">
      <w:pPr>
        <w:spacing w:after="0" w:line="240" w:lineRule="auto"/>
      </w:pPr>
    </w:p>
    <w:tbl>
      <w:tblPr>
        <w:tblStyle w:val="TabloKlavuzu"/>
        <w:tblW w:w="0" w:type="auto"/>
        <w:jc w:val="center"/>
        <w:shd w:val="clear" w:color="auto" w:fill="C4BC96" w:themeFill="background2" w:themeFillShade="BF"/>
        <w:tblLook w:val="04A0" w:firstRow="1" w:lastRow="0" w:firstColumn="1" w:lastColumn="0" w:noHBand="0" w:noVBand="1"/>
      </w:tblPr>
      <w:tblGrid>
        <w:gridCol w:w="9638"/>
      </w:tblGrid>
      <w:tr w:rsidR="009343DF" w:rsidTr="00690954">
        <w:trPr>
          <w:jc w:val="center"/>
        </w:trPr>
        <w:tc>
          <w:tcPr>
            <w:tcW w:w="9638" w:type="dxa"/>
            <w:shd w:val="clear" w:color="auto" w:fill="C4BC96" w:themeFill="background2" w:themeFillShade="BF"/>
          </w:tcPr>
          <w:p w:rsidR="009343DF" w:rsidRDefault="00000000">
            <w:pPr>
              <w:spacing w:before="40" w:after="40"/>
            </w:pPr>
            <w:r>
              <w:rPr>
                <w:b/>
                <w:color w:val="FFFFFF"/>
                <w:sz w:val="21"/>
              </w:rPr>
              <w:t>B · YOUR RELATIONSHIP WITH OUR COMPANY</w:t>
            </w:r>
          </w:p>
        </w:tc>
      </w:tr>
    </w:tbl>
    <w:p w:rsidR="009343DF" w:rsidRDefault="009343DF">
      <w:pPr>
        <w:spacing w:after="40"/>
      </w:pPr>
    </w:p>
    <w:tbl>
      <w:tblPr>
        <w:tblStyle w:val="TabloKlavuzu"/>
        <w:tblW w:w="0" w:type="auto"/>
        <w:tblLook w:val="04A0" w:firstRow="1" w:lastRow="0" w:firstColumn="1" w:lastColumn="0" w:noHBand="0" w:noVBand="1"/>
      </w:tblPr>
      <w:tblGrid>
        <w:gridCol w:w="428"/>
        <w:gridCol w:w="2269"/>
        <w:gridCol w:w="428"/>
        <w:gridCol w:w="3545"/>
        <w:gridCol w:w="428"/>
        <w:gridCol w:w="2508"/>
      </w:tblGrid>
      <w:tr w:rsidR="00A759DD" w:rsidTr="00A759DD">
        <w:tc>
          <w:tcPr>
            <w:tcW w:w="428" w:type="dxa"/>
          </w:tcPr>
          <w:p w:rsidR="00A759DD" w:rsidRDefault="00A759DD" w:rsidP="00A759DD">
            <w:pPr>
              <w:spacing w:before="40" w:after="40"/>
              <w:jc w:val="center"/>
            </w:pPr>
            <w:r>
              <w:rPr>
                <w:rFonts w:ascii="Segoe UI Symbol" w:hAnsi="Segoe UI Symbol" w:cs="Segoe UI Symbol"/>
                <w:b/>
                <w:sz w:val="24"/>
              </w:rPr>
              <w:t>☐</w:t>
            </w:r>
          </w:p>
        </w:tc>
        <w:tc>
          <w:tcPr>
            <w:tcW w:w="2269" w:type="dxa"/>
          </w:tcPr>
          <w:p w:rsidR="00A759DD" w:rsidRDefault="00A759DD" w:rsidP="00A759DD">
            <w:pPr>
              <w:spacing w:before="40" w:after="40"/>
            </w:pPr>
            <w:r>
              <w:rPr>
                <w:sz w:val="19"/>
              </w:rPr>
              <w:t>I am a guest</w:t>
            </w:r>
          </w:p>
        </w:tc>
        <w:tc>
          <w:tcPr>
            <w:tcW w:w="428" w:type="dxa"/>
          </w:tcPr>
          <w:p w:rsidR="00A759DD" w:rsidRDefault="00A759DD" w:rsidP="00A759DD">
            <w:pPr>
              <w:spacing w:before="40" w:after="40"/>
              <w:jc w:val="center"/>
            </w:pPr>
            <w:r>
              <w:rPr>
                <w:rFonts w:ascii="Segoe UI Symbol" w:hAnsi="Segoe UI Symbol" w:cs="Segoe UI Symbol"/>
                <w:b/>
                <w:sz w:val="24"/>
              </w:rPr>
              <w:t>☐</w:t>
            </w:r>
          </w:p>
        </w:tc>
        <w:tc>
          <w:tcPr>
            <w:tcW w:w="3545" w:type="dxa"/>
          </w:tcPr>
          <w:p w:rsidR="00A759DD" w:rsidRDefault="00A759DD" w:rsidP="00A759DD">
            <w:pPr>
              <w:spacing w:before="40" w:after="40"/>
              <w:rPr>
                <w:sz w:val="19"/>
              </w:rPr>
            </w:pPr>
            <w:r>
              <w:rPr>
                <w:sz w:val="19"/>
              </w:rPr>
              <w:t>I am a supplier, agency or business partner representative</w:t>
            </w:r>
          </w:p>
        </w:tc>
        <w:tc>
          <w:tcPr>
            <w:tcW w:w="428" w:type="dxa"/>
          </w:tcPr>
          <w:p w:rsidR="00A759DD" w:rsidRDefault="00A759DD" w:rsidP="00A759DD">
            <w:pPr>
              <w:spacing w:before="40" w:after="40"/>
              <w:rPr>
                <w:sz w:val="19"/>
              </w:rPr>
            </w:pPr>
            <w:r>
              <w:rPr>
                <w:rFonts w:ascii="Segoe UI Symbol" w:hAnsi="Segoe UI Symbol" w:cs="Segoe UI Symbol"/>
                <w:b/>
                <w:sz w:val="24"/>
              </w:rPr>
              <w:t>☐</w:t>
            </w:r>
          </w:p>
        </w:tc>
        <w:tc>
          <w:tcPr>
            <w:tcW w:w="2508" w:type="dxa"/>
          </w:tcPr>
          <w:p w:rsidR="00A759DD" w:rsidRDefault="00A759DD" w:rsidP="00A759DD">
            <w:pPr>
              <w:spacing w:before="40" w:after="40"/>
            </w:pPr>
            <w:r>
              <w:rPr>
                <w:sz w:val="19"/>
              </w:rPr>
              <w:t>I am a job candidate / intern</w:t>
            </w:r>
          </w:p>
        </w:tc>
      </w:tr>
      <w:tr w:rsidR="00A759DD" w:rsidTr="00A759DD">
        <w:tc>
          <w:tcPr>
            <w:tcW w:w="428" w:type="dxa"/>
          </w:tcPr>
          <w:p w:rsidR="00A759DD" w:rsidRDefault="00A759DD" w:rsidP="00A759DD">
            <w:pPr>
              <w:spacing w:before="40" w:after="40"/>
              <w:jc w:val="center"/>
            </w:pPr>
            <w:r>
              <w:rPr>
                <w:rFonts w:ascii="Segoe UI Symbol" w:hAnsi="Segoe UI Symbol" w:cs="Segoe UI Symbol"/>
                <w:b/>
                <w:sz w:val="24"/>
              </w:rPr>
              <w:t>☐</w:t>
            </w:r>
          </w:p>
        </w:tc>
        <w:tc>
          <w:tcPr>
            <w:tcW w:w="2269" w:type="dxa"/>
          </w:tcPr>
          <w:p w:rsidR="00A759DD" w:rsidRDefault="00A759DD" w:rsidP="00A759DD">
            <w:pPr>
              <w:spacing w:before="40" w:after="40"/>
            </w:pPr>
            <w:r>
              <w:rPr>
                <w:sz w:val="19"/>
              </w:rPr>
              <w:t>I made a reservation request</w:t>
            </w:r>
          </w:p>
        </w:tc>
        <w:tc>
          <w:tcPr>
            <w:tcW w:w="428" w:type="dxa"/>
          </w:tcPr>
          <w:p w:rsidR="00A759DD" w:rsidRDefault="00A759DD" w:rsidP="00A759DD">
            <w:pPr>
              <w:spacing w:before="40" w:after="40"/>
              <w:jc w:val="center"/>
            </w:pPr>
            <w:r>
              <w:rPr>
                <w:rFonts w:ascii="Segoe UI Symbol" w:hAnsi="Segoe UI Symbol" w:cs="Segoe UI Symbol"/>
                <w:b/>
                <w:sz w:val="24"/>
              </w:rPr>
              <w:t>☐</w:t>
            </w:r>
          </w:p>
        </w:tc>
        <w:tc>
          <w:tcPr>
            <w:tcW w:w="3545" w:type="dxa"/>
          </w:tcPr>
          <w:p w:rsidR="00A759DD" w:rsidRDefault="00A759DD" w:rsidP="00A759DD">
            <w:pPr>
              <w:spacing w:before="40" w:after="40"/>
            </w:pPr>
            <w:r>
              <w:rPr>
                <w:sz w:val="19"/>
              </w:rPr>
              <w:t>I am a former guest</w:t>
            </w:r>
          </w:p>
        </w:tc>
        <w:tc>
          <w:tcPr>
            <w:tcW w:w="428" w:type="dxa"/>
          </w:tcPr>
          <w:p w:rsidR="00A759DD" w:rsidRDefault="00A759DD" w:rsidP="00A759DD">
            <w:pPr>
              <w:spacing w:before="40" w:after="40"/>
              <w:rPr>
                <w:sz w:val="19"/>
              </w:rPr>
            </w:pPr>
            <w:r>
              <w:rPr>
                <w:rFonts w:ascii="Segoe UI Symbol" w:hAnsi="Segoe UI Symbol" w:cs="Segoe UI Symbol"/>
                <w:b/>
                <w:sz w:val="24"/>
              </w:rPr>
              <w:t>☐</w:t>
            </w:r>
          </w:p>
        </w:tc>
        <w:tc>
          <w:tcPr>
            <w:tcW w:w="2508" w:type="dxa"/>
          </w:tcPr>
          <w:p w:rsidR="00A759DD" w:rsidRDefault="00A759DD" w:rsidP="00A759DD">
            <w:pPr>
              <w:spacing w:before="40" w:after="40"/>
            </w:pPr>
            <w:r>
              <w:rPr>
                <w:sz w:val="19"/>
              </w:rPr>
              <w:t>I am a website visitor</w:t>
            </w:r>
          </w:p>
        </w:tc>
      </w:tr>
      <w:tr w:rsidR="00A759DD" w:rsidTr="00A759DD">
        <w:tc>
          <w:tcPr>
            <w:tcW w:w="428" w:type="dxa"/>
          </w:tcPr>
          <w:p w:rsidR="00A759DD" w:rsidRDefault="00A759DD" w:rsidP="00A759DD">
            <w:pPr>
              <w:spacing w:before="40" w:after="40"/>
              <w:jc w:val="center"/>
            </w:pPr>
            <w:r>
              <w:rPr>
                <w:rFonts w:ascii="Segoe UI Symbol" w:hAnsi="Segoe UI Symbol" w:cs="Segoe UI Symbol"/>
                <w:b/>
                <w:sz w:val="24"/>
              </w:rPr>
              <w:t>☐</w:t>
            </w:r>
          </w:p>
        </w:tc>
        <w:tc>
          <w:tcPr>
            <w:tcW w:w="2269" w:type="dxa"/>
          </w:tcPr>
          <w:p w:rsidR="00A759DD" w:rsidRDefault="00A759DD" w:rsidP="00A759DD">
            <w:pPr>
              <w:spacing w:before="40" w:after="40"/>
            </w:pPr>
            <w:r>
              <w:rPr>
                <w:sz w:val="19"/>
              </w:rPr>
              <w:t>I am an event / meeting participant</w:t>
            </w:r>
          </w:p>
        </w:tc>
        <w:tc>
          <w:tcPr>
            <w:tcW w:w="428" w:type="dxa"/>
          </w:tcPr>
          <w:p w:rsidR="00A759DD" w:rsidRDefault="00A759DD" w:rsidP="00A759DD">
            <w:pPr>
              <w:spacing w:before="40" w:after="40"/>
              <w:jc w:val="center"/>
            </w:pPr>
            <w:r>
              <w:rPr>
                <w:rFonts w:ascii="Segoe UI Symbol" w:hAnsi="Segoe UI Symbol" w:cs="Segoe UI Symbol"/>
                <w:b/>
                <w:sz w:val="24"/>
              </w:rPr>
              <w:t>☐</w:t>
            </w:r>
          </w:p>
        </w:tc>
        <w:tc>
          <w:tcPr>
            <w:tcW w:w="3545" w:type="dxa"/>
          </w:tcPr>
          <w:p w:rsidR="00A759DD" w:rsidRDefault="00A759DD" w:rsidP="00A759DD">
            <w:pPr>
              <w:spacing w:before="40" w:after="40"/>
            </w:pPr>
            <w:r>
              <w:rPr>
                <w:sz w:val="19"/>
              </w:rPr>
              <w:t>I am a day visitor</w:t>
            </w:r>
          </w:p>
        </w:tc>
        <w:tc>
          <w:tcPr>
            <w:tcW w:w="428" w:type="dxa"/>
          </w:tcPr>
          <w:p w:rsidR="00A759DD" w:rsidRDefault="00A759DD" w:rsidP="00A759DD">
            <w:pPr>
              <w:spacing w:before="40" w:after="40"/>
              <w:rPr>
                <w:sz w:val="19"/>
              </w:rPr>
            </w:pPr>
          </w:p>
        </w:tc>
        <w:tc>
          <w:tcPr>
            <w:tcW w:w="2508" w:type="dxa"/>
          </w:tcPr>
          <w:p w:rsidR="00A759DD" w:rsidRDefault="00A759DD" w:rsidP="00A759DD">
            <w:pPr>
              <w:spacing w:before="40" w:after="40"/>
            </w:pPr>
          </w:p>
        </w:tc>
      </w:tr>
      <w:tr w:rsidR="00A759DD" w:rsidTr="00A759DD">
        <w:tc>
          <w:tcPr>
            <w:tcW w:w="428" w:type="dxa"/>
          </w:tcPr>
          <w:p w:rsidR="00A759DD" w:rsidRDefault="00A759DD" w:rsidP="00A759DD">
            <w:pPr>
              <w:spacing w:before="40" w:after="40"/>
              <w:jc w:val="center"/>
            </w:pPr>
            <w:r>
              <w:rPr>
                <w:rFonts w:ascii="Segoe UI Symbol" w:hAnsi="Segoe UI Symbol" w:cs="Segoe UI Symbol"/>
                <w:b/>
                <w:sz w:val="24"/>
              </w:rPr>
              <w:t>☐</w:t>
            </w:r>
          </w:p>
        </w:tc>
        <w:tc>
          <w:tcPr>
            <w:tcW w:w="2269" w:type="dxa"/>
          </w:tcPr>
          <w:p w:rsidR="00A759DD" w:rsidRDefault="00A759DD" w:rsidP="00A759DD">
            <w:pPr>
              <w:spacing w:before="40" w:after="40"/>
            </w:pPr>
            <w:r>
              <w:rPr>
                <w:sz w:val="19"/>
              </w:rPr>
              <w:t>I am a former employee</w:t>
            </w:r>
          </w:p>
        </w:tc>
        <w:tc>
          <w:tcPr>
            <w:tcW w:w="428" w:type="dxa"/>
          </w:tcPr>
          <w:p w:rsidR="00A759DD" w:rsidRDefault="00A759DD" w:rsidP="00A759DD">
            <w:pPr>
              <w:spacing w:before="40" w:after="40"/>
              <w:jc w:val="center"/>
            </w:pPr>
            <w:r>
              <w:rPr>
                <w:rFonts w:ascii="Segoe UI Symbol" w:hAnsi="Segoe UI Symbol" w:cs="Segoe UI Symbol"/>
                <w:b/>
                <w:sz w:val="24"/>
              </w:rPr>
              <w:t>☐</w:t>
            </w:r>
          </w:p>
        </w:tc>
        <w:tc>
          <w:tcPr>
            <w:tcW w:w="3545" w:type="dxa"/>
          </w:tcPr>
          <w:p w:rsidR="00A759DD" w:rsidRDefault="00A759DD" w:rsidP="00A759DD">
            <w:pPr>
              <w:spacing w:before="40" w:after="40"/>
            </w:pPr>
            <w:r>
              <w:rPr>
                <w:sz w:val="19"/>
              </w:rPr>
              <w:t>I am an employee</w:t>
            </w:r>
          </w:p>
        </w:tc>
        <w:tc>
          <w:tcPr>
            <w:tcW w:w="428" w:type="dxa"/>
          </w:tcPr>
          <w:p w:rsidR="00A759DD" w:rsidRDefault="00A759DD" w:rsidP="00A759DD">
            <w:pPr>
              <w:spacing w:before="40" w:after="40"/>
              <w:rPr>
                <w:sz w:val="19"/>
              </w:rPr>
            </w:pPr>
          </w:p>
        </w:tc>
        <w:tc>
          <w:tcPr>
            <w:tcW w:w="2508" w:type="dxa"/>
          </w:tcPr>
          <w:p w:rsidR="00A759DD" w:rsidRDefault="00A759DD" w:rsidP="00A759DD">
            <w:pPr>
              <w:spacing w:before="40" w:after="40"/>
            </w:pPr>
          </w:p>
        </w:tc>
      </w:tr>
    </w:tbl>
    <w:p w:rsidR="009343DF" w:rsidRDefault="009343DF">
      <w:pPr>
        <w:spacing w:after="0" w:line="240" w:lineRule="auto"/>
      </w:pPr>
    </w:p>
    <w:tbl>
      <w:tblPr>
        <w:tblStyle w:val="TabloKlavuzu"/>
        <w:tblW w:w="0" w:type="auto"/>
        <w:tblLook w:val="04A0" w:firstRow="1" w:lastRow="0" w:firstColumn="1" w:lastColumn="0" w:noHBand="0" w:noVBand="1"/>
      </w:tblPr>
      <w:tblGrid>
        <w:gridCol w:w="3742"/>
        <w:gridCol w:w="5896"/>
      </w:tblGrid>
      <w:tr w:rsidR="009343DF">
        <w:trPr>
          <w:trHeight w:val="397"/>
        </w:trPr>
        <w:tc>
          <w:tcPr>
            <w:tcW w:w="3742" w:type="dxa"/>
            <w:shd w:val="clear" w:color="auto" w:fill="F2F4F7"/>
          </w:tcPr>
          <w:p w:rsidR="009343DF" w:rsidRDefault="00000000">
            <w:pPr>
              <w:spacing w:before="40" w:after="40"/>
            </w:pPr>
            <w:r>
              <w:rPr>
                <w:b/>
                <w:sz w:val="19"/>
              </w:rPr>
              <w:t>Date / period of the relationship</w:t>
            </w:r>
            <w:r>
              <w:rPr>
                <w:i/>
                <w:color w:val="595959"/>
                <w:sz w:val="15"/>
              </w:rPr>
              <w:br/>
              <w:t>If you know it</w:t>
            </w:r>
          </w:p>
        </w:tc>
        <w:tc>
          <w:tcPr>
            <w:tcW w:w="5896" w:type="dxa"/>
          </w:tcPr>
          <w:p w:rsidR="009343DF" w:rsidRDefault="009343DF">
            <w:pPr>
              <w:spacing w:before="40" w:after="40"/>
            </w:pPr>
          </w:p>
        </w:tc>
      </w:tr>
      <w:tr w:rsidR="009343DF">
        <w:trPr>
          <w:trHeight w:val="397"/>
        </w:trPr>
        <w:tc>
          <w:tcPr>
            <w:tcW w:w="3742" w:type="dxa"/>
            <w:shd w:val="clear" w:color="auto" w:fill="F2F4F7"/>
          </w:tcPr>
          <w:p w:rsidR="009343DF" w:rsidRDefault="00000000">
            <w:pPr>
              <w:spacing w:before="40" w:after="40"/>
            </w:pPr>
            <w:r>
              <w:rPr>
                <w:b/>
                <w:sz w:val="19"/>
              </w:rPr>
              <w:t>Reservation / room / registry number</w:t>
            </w:r>
            <w:r>
              <w:rPr>
                <w:i/>
                <w:color w:val="595959"/>
                <w:sz w:val="15"/>
              </w:rPr>
              <w:br/>
              <w:t>If you have one</w:t>
            </w:r>
          </w:p>
        </w:tc>
        <w:tc>
          <w:tcPr>
            <w:tcW w:w="5896" w:type="dxa"/>
          </w:tcPr>
          <w:p w:rsidR="009343DF" w:rsidRDefault="009343DF">
            <w:pPr>
              <w:spacing w:before="40" w:after="40"/>
            </w:pPr>
          </w:p>
        </w:tc>
      </w:tr>
      <w:tr w:rsidR="009343DF">
        <w:trPr>
          <w:trHeight w:val="397"/>
        </w:trPr>
        <w:tc>
          <w:tcPr>
            <w:tcW w:w="3742" w:type="dxa"/>
            <w:shd w:val="clear" w:color="auto" w:fill="F2F4F7"/>
          </w:tcPr>
          <w:p w:rsidR="009343DF" w:rsidRDefault="00000000">
            <w:pPr>
              <w:spacing w:before="40" w:after="40"/>
            </w:pPr>
            <w:r>
              <w:rPr>
                <w:b/>
                <w:sz w:val="19"/>
              </w:rPr>
              <w:t>Other (if none of the above applies)</w:t>
            </w:r>
          </w:p>
        </w:tc>
        <w:tc>
          <w:tcPr>
            <w:tcW w:w="5896" w:type="dxa"/>
          </w:tcPr>
          <w:p w:rsidR="009343DF" w:rsidRDefault="009343DF">
            <w:pPr>
              <w:spacing w:before="40" w:after="40"/>
            </w:pPr>
          </w:p>
        </w:tc>
      </w:tr>
    </w:tbl>
    <w:p w:rsidR="009343DF" w:rsidRDefault="009343DF">
      <w:pPr>
        <w:spacing w:after="0" w:line="240" w:lineRule="auto"/>
      </w:pPr>
    </w:p>
    <w:tbl>
      <w:tblPr>
        <w:tblStyle w:val="TabloKlavuzu"/>
        <w:tblW w:w="0" w:type="auto"/>
        <w:jc w:val="center"/>
        <w:shd w:val="clear" w:color="auto" w:fill="C4BC96" w:themeFill="background2" w:themeFillShade="BF"/>
        <w:tblLook w:val="04A0" w:firstRow="1" w:lastRow="0" w:firstColumn="1" w:lastColumn="0" w:noHBand="0" w:noVBand="1"/>
      </w:tblPr>
      <w:tblGrid>
        <w:gridCol w:w="9638"/>
      </w:tblGrid>
      <w:tr w:rsidR="009343DF" w:rsidTr="00690954">
        <w:trPr>
          <w:jc w:val="center"/>
        </w:trPr>
        <w:tc>
          <w:tcPr>
            <w:tcW w:w="9638" w:type="dxa"/>
            <w:shd w:val="clear" w:color="auto" w:fill="C4BC96" w:themeFill="background2" w:themeFillShade="BF"/>
          </w:tcPr>
          <w:p w:rsidR="009343DF" w:rsidRDefault="00000000">
            <w:pPr>
              <w:spacing w:before="40" w:after="40"/>
            </w:pPr>
            <w:r>
              <w:rPr>
                <w:b/>
                <w:color w:val="FFFFFF"/>
                <w:sz w:val="21"/>
              </w:rPr>
              <w:t xml:space="preserve">C · YOUR REQUEST  (you can tick more than one option)</w:t>
            </w:r>
          </w:p>
        </w:tc>
      </w:tr>
    </w:tbl>
    <w:p w:rsidR="009343DF" w:rsidRDefault="009343DF">
      <w:pPr>
        <w:spacing w:after="40"/>
      </w:pPr>
    </w:p>
    <w:tbl>
      <w:tblPr>
        <w:tblStyle w:val="TabloKlavuzu"/>
        <w:tblW w:w="0" w:type="auto"/>
        <w:tblLook w:val="04A0" w:firstRow="1" w:lastRow="0" w:firstColumn="1" w:lastColumn="0" w:noHBand="0" w:noVBand="1"/>
      </w:tblPr>
      <w:tblGrid>
        <w:gridCol w:w="428"/>
        <w:gridCol w:w="4923"/>
        <w:gridCol w:w="428"/>
        <w:gridCol w:w="4075"/>
      </w:tblGrid>
      <w:tr w:rsidR="00A759DD" w:rsidTr="00A759DD">
        <w:tc>
          <w:tcPr>
            <w:tcW w:w="428" w:type="dxa"/>
          </w:tcPr>
          <w:p w:rsidR="00A759DD" w:rsidRDefault="00A759DD" w:rsidP="00A759DD">
            <w:pPr>
              <w:spacing w:before="40" w:after="40"/>
              <w:jc w:val="center"/>
            </w:pPr>
            <w:r>
              <w:rPr>
                <w:rFonts w:ascii="Segoe UI Symbol" w:hAnsi="Segoe UI Symbol" w:cs="Segoe UI Symbol"/>
                <w:b/>
                <w:sz w:val="24"/>
              </w:rPr>
              <w:t>☐</w:t>
            </w:r>
          </w:p>
        </w:tc>
        <w:tc>
          <w:tcPr>
            <w:tcW w:w="4923" w:type="dxa"/>
          </w:tcPr>
          <w:p w:rsidR="00A759DD" w:rsidRDefault="00A759DD" w:rsidP="00A759DD">
            <w:pPr>
              <w:spacing w:before="40" w:after="40"/>
            </w:pPr>
            <w:r>
              <w:rPr>
                <w:sz w:val="19"/>
              </w:rPr>
              <w:t>1. I want to find out whether my personal data is processed.</w:t>
            </w:r>
          </w:p>
        </w:tc>
        <w:tc>
          <w:tcPr>
            <w:tcW w:w="428" w:type="dxa"/>
          </w:tcPr>
          <w:p w:rsidR="00A759DD" w:rsidRDefault="00A759DD" w:rsidP="00A759DD">
            <w:pPr>
              <w:spacing w:before="40" w:after="40"/>
              <w:jc w:val="center"/>
            </w:pPr>
            <w:r>
              <w:rPr>
                <w:rFonts w:ascii="Segoe UI Symbol" w:hAnsi="Segoe UI Symbol" w:cs="Segoe UI Symbol"/>
                <w:b/>
                <w:sz w:val="24"/>
              </w:rPr>
              <w:t>☐</w:t>
            </w:r>
          </w:p>
        </w:tc>
        <w:tc>
          <w:tcPr>
            <w:tcW w:w="4075" w:type="dxa"/>
          </w:tcPr>
          <w:p w:rsidR="00A759DD" w:rsidRDefault="00A759DD" w:rsidP="00A759DD">
            <w:pPr>
              <w:spacing w:before="40" w:after="40"/>
            </w:pPr>
            <w:r>
              <w:rPr>
                <w:sz w:val="19"/>
              </w:rPr>
              <w:t>6. I request the deletion or destruction of my personal data.</w:t>
            </w:r>
          </w:p>
        </w:tc>
      </w:tr>
      <w:tr w:rsidR="00A759DD" w:rsidTr="00A759DD">
        <w:tc>
          <w:tcPr>
            <w:tcW w:w="428" w:type="dxa"/>
          </w:tcPr>
          <w:p w:rsidR="00A759DD" w:rsidRDefault="00A759DD" w:rsidP="00A759DD">
            <w:pPr>
              <w:spacing w:before="40" w:after="40"/>
              <w:jc w:val="center"/>
            </w:pPr>
            <w:r>
              <w:rPr>
                <w:rFonts w:ascii="Segoe UI Symbol" w:hAnsi="Segoe UI Symbol" w:cs="Segoe UI Symbol"/>
                <w:b/>
                <w:sz w:val="24"/>
              </w:rPr>
              <w:t>☐</w:t>
            </w:r>
          </w:p>
        </w:tc>
        <w:tc>
          <w:tcPr>
            <w:tcW w:w="4923" w:type="dxa"/>
          </w:tcPr>
          <w:p w:rsidR="00A759DD" w:rsidRDefault="00A759DD" w:rsidP="00A759DD">
            <w:pPr>
              <w:spacing w:before="40" w:after="40"/>
            </w:pPr>
            <w:r>
              <w:rPr>
                <w:sz w:val="19"/>
              </w:rPr>
              <w:t>2. If my personal data has been processed, I request information about it.</w:t>
            </w:r>
          </w:p>
        </w:tc>
        <w:tc>
          <w:tcPr>
            <w:tcW w:w="428" w:type="dxa"/>
          </w:tcPr>
          <w:p w:rsidR="00A759DD" w:rsidRDefault="00A759DD" w:rsidP="00A759DD">
            <w:pPr>
              <w:spacing w:before="40" w:after="40"/>
              <w:jc w:val="center"/>
            </w:pPr>
            <w:r>
              <w:rPr>
                <w:rFonts w:ascii="Segoe UI Symbol" w:hAnsi="Segoe UI Symbol" w:cs="Segoe UI Symbol"/>
                <w:b/>
                <w:sz w:val="24"/>
              </w:rPr>
              <w:t>☐</w:t>
            </w:r>
          </w:p>
        </w:tc>
        <w:tc>
          <w:tcPr>
            <w:tcW w:w="4075" w:type="dxa"/>
          </w:tcPr>
          <w:p w:rsidR="00A759DD" w:rsidRDefault="00A759DD" w:rsidP="00A759DD">
            <w:pPr>
              <w:spacing w:before="40" w:after="40"/>
            </w:pPr>
            <w:r>
              <w:rPr>
                <w:sz w:val="19"/>
              </w:rPr>
              <w:t>7. I want the action taken under request 5 and/or 6 to be reported to the third parties that my data was shared with.</w:t>
            </w:r>
          </w:p>
        </w:tc>
      </w:tr>
      <w:tr w:rsidR="00A759DD" w:rsidTr="00A759DD">
        <w:tc>
          <w:tcPr>
            <w:tcW w:w="428" w:type="dxa"/>
          </w:tcPr>
          <w:p w:rsidR="00A759DD" w:rsidRDefault="00A759DD" w:rsidP="00A759DD">
            <w:pPr>
              <w:spacing w:before="40" w:after="40"/>
              <w:jc w:val="center"/>
            </w:pPr>
            <w:r>
              <w:rPr>
                <w:rFonts w:ascii="Segoe UI Symbol" w:hAnsi="Segoe UI Symbol" w:cs="Segoe UI Symbol"/>
                <w:b/>
                <w:sz w:val="24"/>
              </w:rPr>
              <w:t>☐</w:t>
            </w:r>
          </w:p>
        </w:tc>
        <w:tc>
          <w:tcPr>
            <w:tcW w:w="4923" w:type="dxa"/>
          </w:tcPr>
          <w:p w:rsidR="00A759DD" w:rsidRDefault="00A759DD" w:rsidP="00A759DD">
            <w:pPr>
              <w:spacing w:before="40" w:after="40"/>
            </w:pPr>
            <w:r>
              <w:rPr>
                <w:sz w:val="19"/>
              </w:rPr>
              <w:t>3. I want to find out why my personal data is processed and whether it is used for that purpose.</w:t>
            </w:r>
          </w:p>
        </w:tc>
        <w:tc>
          <w:tcPr>
            <w:tcW w:w="428" w:type="dxa"/>
          </w:tcPr>
          <w:p w:rsidR="00A759DD" w:rsidRDefault="00A759DD" w:rsidP="00A759DD">
            <w:pPr>
              <w:spacing w:before="40" w:after="40"/>
              <w:jc w:val="center"/>
            </w:pPr>
            <w:r>
              <w:rPr>
                <w:rFonts w:ascii="Segoe UI Symbol" w:hAnsi="Segoe UI Symbol" w:cs="Segoe UI Symbol"/>
                <w:b/>
                <w:sz w:val="24"/>
              </w:rPr>
              <w:t>☐</w:t>
            </w:r>
          </w:p>
        </w:tc>
        <w:tc>
          <w:tcPr>
            <w:tcW w:w="4075" w:type="dxa"/>
          </w:tcPr>
          <w:p w:rsidR="00A759DD" w:rsidRDefault="00A759DD" w:rsidP="00A759DD">
            <w:pPr>
              <w:spacing w:before="40" w:after="40"/>
            </w:pPr>
            <w:r>
              <w:rPr>
                <w:sz w:val="19"/>
              </w:rPr>
              <w:t>8. An analysis of my data made only by automated systems has led to a result against me, and I object to it.</w:t>
            </w:r>
          </w:p>
        </w:tc>
      </w:tr>
      <w:tr w:rsidR="00A759DD" w:rsidTr="00A759DD">
        <w:tc>
          <w:tcPr>
            <w:tcW w:w="428" w:type="dxa"/>
          </w:tcPr>
          <w:p w:rsidR="00A759DD" w:rsidRDefault="00A759DD" w:rsidP="00A759DD">
            <w:pPr>
              <w:spacing w:before="40" w:after="40"/>
              <w:jc w:val="center"/>
            </w:pPr>
            <w:r>
              <w:rPr>
                <w:rFonts w:ascii="Segoe UI Symbol" w:hAnsi="Segoe UI Symbol" w:cs="Segoe UI Symbol"/>
                <w:b/>
                <w:sz w:val="24"/>
              </w:rPr>
              <w:t>☐</w:t>
            </w:r>
          </w:p>
        </w:tc>
        <w:tc>
          <w:tcPr>
            <w:tcW w:w="4923" w:type="dxa"/>
          </w:tcPr>
          <w:p w:rsidR="00A759DD" w:rsidRDefault="00A759DD" w:rsidP="00A759DD">
            <w:pPr>
              <w:spacing w:before="40" w:after="40"/>
            </w:pPr>
            <w:r>
              <w:rPr>
                <w:sz w:val="19"/>
              </w:rPr>
              <w:t>4. I want to know the third parties that my personal data was shared with, in Türkiye or abroad.</w:t>
            </w:r>
          </w:p>
        </w:tc>
        <w:tc>
          <w:tcPr>
            <w:tcW w:w="428" w:type="dxa"/>
          </w:tcPr>
          <w:p w:rsidR="00A759DD" w:rsidRDefault="00A759DD" w:rsidP="00A759DD">
            <w:pPr>
              <w:spacing w:before="40" w:after="40"/>
              <w:jc w:val="center"/>
            </w:pPr>
            <w:r>
              <w:rPr>
                <w:rFonts w:ascii="Segoe UI Symbol" w:hAnsi="Segoe UI Symbol" w:cs="Segoe UI Symbol"/>
                <w:b/>
                <w:sz w:val="24"/>
              </w:rPr>
              <w:t>☐</w:t>
            </w:r>
          </w:p>
        </w:tc>
        <w:tc>
          <w:tcPr>
            <w:tcW w:w="4075" w:type="dxa"/>
          </w:tcPr>
          <w:p w:rsidR="00A759DD" w:rsidRDefault="00A759DD" w:rsidP="00A759DD">
            <w:pPr>
              <w:spacing w:before="40" w:after="40"/>
            </w:pPr>
            <w:r>
              <w:rPr>
                <w:sz w:val="19"/>
              </w:rPr>
              <w:t>9. I want to withdraw the explicit consent I gave earlier. (Tick the subject below.)</w:t>
            </w:r>
          </w:p>
        </w:tc>
      </w:tr>
      <w:tr w:rsidR="00A759DD" w:rsidTr="00A759DD">
        <w:tc>
          <w:tcPr>
            <w:tcW w:w="428" w:type="dxa"/>
          </w:tcPr>
          <w:p w:rsidR="00A759DD" w:rsidRDefault="00A759DD" w:rsidP="00A759DD">
            <w:pPr>
              <w:spacing w:before="40" w:after="40"/>
              <w:jc w:val="center"/>
            </w:pPr>
            <w:r>
              <w:rPr>
                <w:rFonts w:ascii="Segoe UI Symbol" w:hAnsi="Segoe UI Symbol" w:cs="Segoe UI Symbol"/>
                <w:b/>
                <w:sz w:val="24"/>
              </w:rPr>
              <w:t>☐</w:t>
            </w:r>
          </w:p>
        </w:tc>
        <w:tc>
          <w:tcPr>
            <w:tcW w:w="4923" w:type="dxa"/>
          </w:tcPr>
          <w:p w:rsidR="00A759DD" w:rsidRDefault="00A759DD" w:rsidP="00A759DD">
            <w:pPr>
              <w:spacing w:before="40" w:after="40"/>
            </w:pPr>
            <w:r>
              <w:rPr>
                <w:sz w:val="19"/>
              </w:rPr>
              <w:t>5. My personal data has been processed incompletely or wrongly, and I request its correction. (Write the correct data in section D and attach documents if you have any.)</w:t>
            </w:r>
          </w:p>
        </w:tc>
        <w:tc>
          <w:tcPr>
            <w:tcW w:w="428" w:type="dxa"/>
          </w:tcPr>
          <w:p w:rsidR="00A759DD" w:rsidRDefault="00A759DD" w:rsidP="00A759DD">
            <w:pPr>
              <w:spacing w:before="40" w:after="40"/>
              <w:jc w:val="center"/>
            </w:pPr>
            <w:r>
              <w:rPr>
                <w:rFonts w:ascii="Segoe UI Symbol" w:hAnsi="Segoe UI Symbol" w:cs="Segoe UI Symbol"/>
                <w:b/>
                <w:sz w:val="24"/>
              </w:rPr>
              <w:t>☐</w:t>
            </w:r>
          </w:p>
        </w:tc>
        <w:tc>
          <w:tcPr>
            <w:tcW w:w="4075" w:type="dxa"/>
          </w:tcPr>
          <w:p w:rsidR="00A759DD" w:rsidRDefault="00A759DD" w:rsidP="00A759DD">
            <w:pPr>
              <w:spacing w:before="40" w:after="40"/>
            </w:pPr>
            <w:r>
              <w:rPr>
                <w:sz w:val="19"/>
              </w:rPr>
              <w:t>10. I have suffered a loss because my personal data was processed unlawfully, and I request compensation. (Please document the loss.)</w:t>
            </w:r>
          </w:p>
        </w:tc>
      </w:tr>
    </w:tbl>
    <w:p w:rsidR="009343DF" w:rsidRDefault="009343DF">
      <w:pPr>
        <w:spacing w:after="0" w:line="240" w:lineRule="auto"/>
      </w:pPr>
    </w:p>
    <w:p w:rsidR="00690954" w:rsidRDefault="00690954">
      <w:pPr>
        <w:spacing w:after="200" w:line="276" w:lineRule="auto"/>
        <w:rPr>
          <w:b/>
          <w:sz w:val="18"/>
        </w:rPr>
      </w:pPr>
      <w:r>
        <w:rPr>
          <w:b/>
          <w:sz w:val="18"/>
        </w:rPr>
        <w:br w:type="page"/>
      </w:r>
    </w:p>
    <w:p w:rsidR="009343DF" w:rsidRDefault="00000000">
      <w:pPr>
        <w:spacing w:after="60"/>
      </w:pPr>
      <w:r>
        <w:rPr>
          <w:b/>
          <w:sz w:val="18"/>
        </w:rPr>
        <w:lastRenderedPageBreak/>
        <w:t>If you ticked item 10 — the subject for which you want to withdraw consent:</w:t>
      </w:r>
    </w:p>
    <w:tbl>
      <w:tblPr>
        <w:tblStyle w:val="TabloKlavuzu"/>
        <w:tblW w:w="0" w:type="auto"/>
        <w:tblLook w:val="04A0" w:firstRow="1" w:lastRow="0" w:firstColumn="1" w:lastColumn="0" w:noHBand="0" w:noVBand="1"/>
      </w:tblPr>
      <w:tblGrid>
        <w:gridCol w:w="428"/>
        <w:gridCol w:w="2409"/>
        <w:gridCol w:w="428"/>
        <w:gridCol w:w="2409"/>
      </w:tblGrid>
      <w:tr w:rsidR="009343DF">
        <w:tc>
          <w:tcPr>
            <w:tcW w:w="425" w:type="dxa"/>
          </w:tcPr>
          <w:p w:rsidR="009343DF" w:rsidRDefault="00000000">
            <w:pPr>
              <w:spacing w:before="40" w:after="40"/>
              <w:jc w:val="center"/>
            </w:pPr>
            <w:r>
              <w:rPr>
                <w:b/>
                <w:sz w:val="24"/>
              </w:rPr>
              <w:t>☐</w:t>
            </w:r>
          </w:p>
        </w:tc>
        <w:tc>
          <w:tcPr>
            <w:tcW w:w="2409" w:type="dxa"/>
          </w:tcPr>
          <w:p w:rsidR="009343DF" w:rsidRDefault="00000000">
            <w:pPr>
              <w:spacing w:before="40" w:after="40"/>
            </w:pPr>
            <w:r>
              <w:rPr>
                <w:sz w:val="19"/>
              </w:rPr>
              <w:t>Commercial electronic messages / marketing</w:t>
            </w:r>
          </w:p>
        </w:tc>
        <w:tc>
          <w:tcPr>
            <w:tcW w:w="425" w:type="dxa"/>
          </w:tcPr>
          <w:p w:rsidR="009343DF" w:rsidRDefault="00000000">
            <w:pPr>
              <w:spacing w:before="40" w:after="40"/>
              <w:jc w:val="center"/>
            </w:pPr>
            <w:r>
              <w:rPr>
                <w:b/>
                <w:sz w:val="24"/>
              </w:rPr>
              <w:t>☐</w:t>
            </w:r>
          </w:p>
        </w:tc>
        <w:tc>
          <w:tcPr>
            <w:tcW w:w="2409" w:type="dxa"/>
          </w:tcPr>
          <w:p w:rsidR="009343DF" w:rsidRDefault="00000000">
            <w:pPr>
              <w:spacing w:before="40" w:after="40"/>
            </w:pPr>
            <w:r>
              <w:rPr>
                <w:sz w:val="19"/>
              </w:rPr>
              <w:t>Loyalty program</w:t>
            </w:r>
          </w:p>
        </w:tc>
      </w:tr>
      <w:tr w:rsidR="009343DF">
        <w:tc>
          <w:tcPr>
            <w:tcW w:w="425" w:type="dxa"/>
          </w:tcPr>
          <w:p w:rsidR="009343DF" w:rsidRDefault="00000000">
            <w:pPr>
              <w:spacing w:before="40" w:after="40"/>
              <w:jc w:val="center"/>
            </w:pPr>
            <w:r>
              <w:rPr>
                <w:b/>
                <w:sz w:val="24"/>
              </w:rPr>
              <w:t>☐</w:t>
            </w:r>
          </w:p>
        </w:tc>
        <w:tc>
          <w:tcPr>
            <w:tcW w:w="2409" w:type="dxa"/>
          </w:tcPr>
          <w:p w:rsidR="009343DF" w:rsidRDefault="00000000">
            <w:pPr>
              <w:spacing w:before="40" w:after="40"/>
            </w:pPr>
            <w:r>
              <w:rPr>
                <w:sz w:val="19"/>
              </w:rPr>
              <w:t>Use of photos and videos</w:t>
            </w:r>
          </w:p>
        </w:tc>
        <w:tc>
          <w:tcPr>
            <w:tcW w:w="425" w:type="dxa"/>
          </w:tcPr>
          <w:p w:rsidR="009343DF" w:rsidRDefault="00000000">
            <w:pPr>
              <w:spacing w:before="40" w:after="40"/>
              <w:jc w:val="center"/>
            </w:pPr>
            <w:r>
              <w:rPr>
                <w:b/>
                <w:sz w:val="24"/>
              </w:rPr>
              <w:t>☐</w:t>
            </w:r>
          </w:p>
        </w:tc>
        <w:tc>
          <w:tcPr>
            <w:tcW w:w="2409" w:type="dxa"/>
          </w:tcPr>
          <w:p w:rsidR="009343DF" w:rsidRDefault="00000000">
            <w:pPr>
              <w:spacing w:before="40" w:after="40"/>
            </w:pPr>
            <w:r>
              <w:rPr>
                <w:sz w:val="19"/>
              </w:rPr>
              <w:t>Health declaration (allergy, diet, accessibility)</w:t>
            </w:r>
          </w:p>
        </w:tc>
      </w:tr>
    </w:tbl>
    <w:p w:rsidR="009343DF" w:rsidRDefault="009343DF">
      <w:pPr>
        <w:spacing w:after="0" w:line="240" w:lineRule="auto"/>
      </w:pPr>
    </w:p>
    <w:tbl>
      <w:tblPr>
        <w:tblStyle w:val="TabloKlavuzu"/>
        <w:tblW w:w="0" w:type="auto"/>
        <w:jc w:val="center"/>
        <w:shd w:val="clear" w:color="auto" w:fill="C4BC96" w:themeFill="background2" w:themeFillShade="BF"/>
        <w:tblLook w:val="04A0" w:firstRow="1" w:lastRow="0" w:firstColumn="1" w:lastColumn="0" w:noHBand="0" w:noVBand="1"/>
      </w:tblPr>
      <w:tblGrid>
        <w:gridCol w:w="9638"/>
      </w:tblGrid>
      <w:tr w:rsidR="009343DF" w:rsidTr="00690954">
        <w:trPr>
          <w:jc w:val="center"/>
        </w:trPr>
        <w:tc>
          <w:tcPr>
            <w:tcW w:w="9638" w:type="dxa"/>
            <w:shd w:val="clear" w:color="auto" w:fill="C4BC96" w:themeFill="background2" w:themeFillShade="BF"/>
          </w:tcPr>
          <w:p w:rsidR="009343DF" w:rsidRDefault="00000000">
            <w:pPr>
              <w:spacing w:before="40" w:after="40"/>
            </w:pPr>
            <w:r>
              <w:rPr>
                <w:b/>
                <w:color w:val="FFFFFF"/>
                <w:sz w:val="21"/>
              </w:rPr>
              <w:t>D · DETAILS OF YOUR REQUEST</w:t>
            </w:r>
          </w:p>
        </w:tc>
      </w:tr>
    </w:tbl>
    <w:p w:rsidR="009343DF" w:rsidRDefault="009343DF">
      <w:pPr>
        <w:spacing w:after="40"/>
      </w:pPr>
    </w:p>
    <w:p w:rsidR="009343DF" w:rsidRDefault="00000000">
      <w:pPr>
        <w:spacing w:after="60"/>
      </w:pPr>
      <w:r>
        <w:rPr>
          <w:i/>
          <w:color w:val="595959"/>
          <w:sz w:val="17"/>
        </w:rPr>
        <w:t>Please write your request as clearly and specifically as you can. You can attach information and documents on the subject to the form.</w:t>
      </w:r>
    </w:p>
    <w:tbl>
      <w:tblPr>
        <w:tblStyle w:val="TabloKlavuzu"/>
        <w:tblW w:w="0" w:type="auto"/>
        <w:tblLook w:val="04A0" w:firstRow="1" w:lastRow="0" w:firstColumn="1" w:lastColumn="0" w:noHBand="0" w:noVBand="1"/>
      </w:tblPr>
      <w:tblGrid>
        <w:gridCol w:w="9638"/>
      </w:tblGrid>
      <w:tr w:rsidR="009343DF" w:rsidTr="00A759DD">
        <w:trPr>
          <w:trHeight w:val="1843"/>
        </w:trPr>
        <w:tc>
          <w:tcPr>
            <w:tcW w:w="9638" w:type="dxa"/>
          </w:tcPr>
          <w:p w:rsidR="009343DF" w:rsidRDefault="009343DF">
            <w:pPr>
              <w:spacing w:before="40" w:after="40"/>
            </w:pPr>
          </w:p>
        </w:tc>
      </w:tr>
    </w:tbl>
    <w:p w:rsidR="009343DF" w:rsidRDefault="009343DF">
      <w:pPr>
        <w:spacing w:after="0" w:line="240" w:lineRule="auto"/>
      </w:pPr>
    </w:p>
    <w:tbl>
      <w:tblPr>
        <w:tblStyle w:val="TabloKlavuzu"/>
        <w:tblW w:w="0" w:type="auto"/>
        <w:tblLook w:val="04A0" w:firstRow="1" w:lastRow="0" w:firstColumn="1" w:lastColumn="0" w:noHBand="0" w:noVBand="1"/>
      </w:tblPr>
      <w:tblGrid>
        <w:gridCol w:w="3742"/>
        <w:gridCol w:w="5896"/>
      </w:tblGrid>
      <w:tr w:rsidR="009343DF">
        <w:trPr>
          <w:trHeight w:val="397"/>
        </w:trPr>
        <w:tc>
          <w:tcPr>
            <w:tcW w:w="3742" w:type="dxa"/>
            <w:shd w:val="clear" w:color="auto" w:fill="F2F4F7"/>
          </w:tcPr>
          <w:p w:rsidR="009343DF" w:rsidRDefault="00000000">
            <w:pPr>
              <w:spacing w:before="40" w:after="40"/>
            </w:pPr>
            <w:r>
              <w:rPr>
                <w:b/>
                <w:sz w:val="19"/>
              </w:rPr>
              <w:t>Attachments</w:t>
            </w:r>
            <w:r>
              <w:rPr>
                <w:i/>
                <w:color w:val="595959"/>
                <w:sz w:val="15"/>
              </w:rPr>
              <w:br/>
              <w:t>List of attached documents, if any</w:t>
            </w:r>
          </w:p>
        </w:tc>
        <w:tc>
          <w:tcPr>
            <w:tcW w:w="5896" w:type="dxa"/>
          </w:tcPr>
          <w:p w:rsidR="009343DF" w:rsidRDefault="009343DF">
            <w:pPr>
              <w:spacing w:before="40" w:after="40"/>
            </w:pPr>
          </w:p>
        </w:tc>
      </w:tr>
    </w:tbl>
    <w:p w:rsidR="009343DF" w:rsidRDefault="009343DF">
      <w:pPr>
        <w:spacing w:after="0" w:line="240" w:lineRule="auto"/>
      </w:pPr>
    </w:p>
    <w:tbl>
      <w:tblPr>
        <w:tblStyle w:val="TabloKlavuzu"/>
        <w:tblW w:w="0" w:type="auto"/>
        <w:jc w:val="center"/>
        <w:shd w:val="clear" w:color="auto" w:fill="C4BC96" w:themeFill="background2" w:themeFillShade="BF"/>
        <w:tblLook w:val="04A0" w:firstRow="1" w:lastRow="0" w:firstColumn="1" w:lastColumn="0" w:noHBand="0" w:noVBand="1"/>
      </w:tblPr>
      <w:tblGrid>
        <w:gridCol w:w="9638"/>
      </w:tblGrid>
      <w:tr w:rsidR="009343DF" w:rsidTr="00690954">
        <w:trPr>
          <w:jc w:val="center"/>
        </w:trPr>
        <w:tc>
          <w:tcPr>
            <w:tcW w:w="9638" w:type="dxa"/>
            <w:shd w:val="clear" w:color="auto" w:fill="C4BC96" w:themeFill="background2" w:themeFillShade="BF"/>
          </w:tcPr>
          <w:p w:rsidR="009343DF" w:rsidRDefault="00000000">
            <w:pPr>
              <w:spacing w:before="40" w:after="40"/>
            </w:pPr>
            <w:r>
              <w:rPr>
                <w:b/>
                <w:color w:val="FFFFFF"/>
                <w:sz w:val="21"/>
              </w:rPr>
              <w:t>E · HOW YOU WANT US TO SEND THE ANSWER</w:t>
            </w:r>
          </w:p>
        </w:tc>
      </w:tr>
    </w:tbl>
    <w:p w:rsidR="009343DF" w:rsidRDefault="009343DF">
      <w:pPr>
        <w:spacing w:after="40"/>
      </w:pPr>
    </w:p>
    <w:tbl>
      <w:tblPr>
        <w:tblStyle w:val="TabloKlavuzu"/>
        <w:tblW w:w="0" w:type="auto"/>
        <w:tblLook w:val="04A0" w:firstRow="1" w:lastRow="0" w:firstColumn="1" w:lastColumn="0" w:noHBand="0" w:noVBand="1"/>
      </w:tblPr>
      <w:tblGrid>
        <w:gridCol w:w="428"/>
        <w:gridCol w:w="4819"/>
      </w:tblGrid>
      <w:tr w:rsidR="009343DF">
        <w:tc>
          <w:tcPr>
            <w:tcW w:w="425" w:type="dxa"/>
          </w:tcPr>
          <w:p w:rsidR="009343DF" w:rsidRDefault="00000000">
            <w:pPr>
              <w:spacing w:before="40" w:after="40"/>
              <w:jc w:val="center"/>
            </w:pPr>
            <w:r>
              <w:rPr>
                <w:b/>
                <w:sz w:val="24"/>
              </w:rPr>
              <w:t>☐</w:t>
            </w:r>
          </w:p>
        </w:tc>
        <w:tc>
          <w:tcPr>
            <w:tcW w:w="4819" w:type="dxa"/>
          </w:tcPr>
          <w:p w:rsidR="009343DF" w:rsidRDefault="00000000">
            <w:pPr>
              <w:spacing w:before="40" w:after="40"/>
            </w:pPr>
            <w:r>
              <w:rPr>
                <w:sz w:val="19"/>
              </w:rPr>
              <w:t>Send it by post to the address I gave in section A.</w:t>
            </w:r>
          </w:p>
        </w:tc>
      </w:tr>
      <w:tr w:rsidR="009343DF">
        <w:tc>
          <w:tcPr>
            <w:tcW w:w="425" w:type="dxa"/>
          </w:tcPr>
          <w:p w:rsidR="009343DF" w:rsidRDefault="00000000">
            <w:pPr>
              <w:spacing w:before="40" w:after="40"/>
              <w:jc w:val="center"/>
            </w:pPr>
            <w:r>
              <w:rPr>
                <w:b/>
                <w:sz w:val="24"/>
              </w:rPr>
              <w:t>☐</w:t>
            </w:r>
          </w:p>
        </w:tc>
        <w:tc>
          <w:tcPr>
            <w:tcW w:w="4819" w:type="dxa"/>
          </w:tcPr>
          <w:p w:rsidR="009343DF" w:rsidRDefault="00000000">
            <w:pPr>
              <w:spacing w:before="40" w:after="40"/>
            </w:pPr>
            <w:r>
              <w:rPr>
                <w:sz w:val="19"/>
              </w:rPr>
              <w:t>Send it to the email address I gave in section A.</w:t>
            </w:r>
          </w:p>
        </w:tc>
      </w:tr>
      <w:tr w:rsidR="009343DF">
        <w:tc>
          <w:tcPr>
            <w:tcW w:w="425" w:type="dxa"/>
          </w:tcPr>
          <w:p w:rsidR="009343DF" w:rsidRDefault="00000000">
            <w:pPr>
              <w:spacing w:before="40" w:after="40"/>
              <w:jc w:val="center"/>
            </w:pPr>
            <w:r>
              <w:rPr>
                <w:b/>
                <w:sz w:val="24"/>
              </w:rPr>
              <w:t>☐</w:t>
            </w:r>
          </w:p>
        </w:tc>
        <w:tc>
          <w:tcPr>
            <w:tcW w:w="4819" w:type="dxa"/>
          </w:tcPr>
          <w:p w:rsidR="009343DF" w:rsidRDefault="00000000">
            <w:pPr>
              <w:spacing w:before="40" w:after="40"/>
            </w:pPr>
            <w:r>
              <w:rPr>
                <w:sz w:val="19"/>
              </w:rPr>
              <w:t xml:space="preserve">Send it to my KEP address  (KEP address: ....................................................)</w:t>
            </w:r>
          </w:p>
        </w:tc>
      </w:tr>
      <w:tr w:rsidR="009343DF">
        <w:tc>
          <w:tcPr>
            <w:tcW w:w="425" w:type="dxa"/>
          </w:tcPr>
          <w:p w:rsidR="009343DF" w:rsidRDefault="00000000">
            <w:pPr>
              <w:spacing w:before="40" w:after="40"/>
              <w:jc w:val="center"/>
            </w:pPr>
            <w:r>
              <w:rPr>
                <w:b/>
                <w:sz w:val="24"/>
              </w:rPr>
              <w:t>☐</w:t>
            </w:r>
          </w:p>
        </w:tc>
        <w:tc>
          <w:tcPr>
            <w:tcW w:w="4819" w:type="dxa"/>
          </w:tcPr>
          <w:p w:rsidR="009343DF" w:rsidRDefault="00000000">
            <w:pPr>
              <w:spacing w:before="40" w:after="40"/>
            </w:pPr>
            <w:r>
              <w:rPr>
                <w:sz w:val="19"/>
              </w:rPr>
              <w:t>I want to collect it in person. (A person who collects it on my behalf must show a notarized power of attorney.)</w:t>
            </w:r>
          </w:p>
        </w:tc>
      </w:tr>
    </w:tbl>
    <w:p w:rsidR="009343DF" w:rsidRDefault="009343DF">
      <w:pPr>
        <w:spacing w:after="0" w:line="240" w:lineRule="auto"/>
      </w:pPr>
    </w:p>
    <w:tbl>
      <w:tblPr>
        <w:tblStyle w:val="TabloKlavuzu"/>
        <w:tblW w:w="0" w:type="auto"/>
        <w:jc w:val="center"/>
        <w:shd w:val="clear" w:color="auto" w:fill="C4BC96" w:themeFill="background2" w:themeFillShade="BF"/>
        <w:tblLook w:val="04A0" w:firstRow="1" w:lastRow="0" w:firstColumn="1" w:lastColumn="0" w:noHBand="0" w:noVBand="1"/>
      </w:tblPr>
      <w:tblGrid>
        <w:gridCol w:w="9638"/>
      </w:tblGrid>
      <w:tr w:rsidR="009343DF" w:rsidTr="00690954">
        <w:trPr>
          <w:jc w:val="center"/>
        </w:trPr>
        <w:tc>
          <w:tcPr>
            <w:tcW w:w="9638" w:type="dxa"/>
            <w:shd w:val="clear" w:color="auto" w:fill="C4BC96" w:themeFill="background2" w:themeFillShade="BF"/>
          </w:tcPr>
          <w:p w:rsidR="009343DF" w:rsidRDefault="00000000">
            <w:pPr>
              <w:spacing w:before="40" w:after="40"/>
            </w:pPr>
            <w:r>
              <w:rPr>
                <w:b/>
                <w:color w:val="FFFFFF"/>
                <w:sz w:val="21"/>
              </w:rPr>
              <w:t>F · DECLARATION AND SIGNATURE</w:t>
            </w:r>
          </w:p>
        </w:tc>
      </w:tr>
    </w:tbl>
    <w:p w:rsidR="009343DF" w:rsidRDefault="009343DF">
      <w:pPr>
        <w:spacing w:after="40"/>
      </w:pPr>
    </w:p>
    <w:tbl>
      <w:tblPr>
        <w:tblStyle w:val="TabloKlavuzu"/>
        <w:tblW w:w="0" w:type="auto"/>
        <w:tblLook w:val="04A0" w:firstRow="1" w:lastRow="0" w:firstColumn="1" w:lastColumn="0" w:noHBand="0" w:noVBand="1"/>
      </w:tblPr>
      <w:tblGrid>
        <w:gridCol w:w="9638"/>
      </w:tblGrid>
      <w:tr w:rsidR="009343DF">
        <w:tc>
          <w:tcPr>
            <w:tcW w:w="9638" w:type="dxa"/>
            <w:shd w:val="clear" w:color="auto" w:fill="F2F4F7"/>
          </w:tcPr>
          <w:p w:rsidR="009343DF" w:rsidRDefault="00000000">
            <w:pPr>
              <w:spacing w:before="40" w:after="40"/>
            </w:pPr>
            <w:r>
              <w:rPr>
                <w:sz w:val="18"/>
              </w:rPr>
              <w:t>I declare that the information in this form is correct and up to date, that my request concerns only my own personal data and that I am not asking for anyone else's data. I also declare that I know NG PHASELIS TURİZM A.Ş. may ask me for extra information or documents to verify my identity.</w:t>
            </w:r>
          </w:p>
        </w:tc>
      </w:tr>
    </w:tbl>
    <w:p w:rsidR="009343DF" w:rsidRDefault="009343DF">
      <w:pPr>
        <w:spacing w:after="0" w:line="240" w:lineRule="auto"/>
      </w:pPr>
    </w:p>
    <w:tbl>
      <w:tblPr>
        <w:tblStyle w:val="TabloKlavuzu"/>
        <w:tblW w:w="0" w:type="auto"/>
        <w:tblLook w:val="04A0" w:firstRow="1" w:lastRow="0" w:firstColumn="1" w:lastColumn="0" w:noHBand="0" w:noVBand="1"/>
      </w:tblPr>
      <w:tblGrid>
        <w:gridCol w:w="3213"/>
        <w:gridCol w:w="3213"/>
        <w:gridCol w:w="3213"/>
      </w:tblGrid>
      <w:tr w:rsidR="009343DF">
        <w:tc>
          <w:tcPr>
            <w:tcW w:w="3213" w:type="dxa"/>
            <w:shd w:val="clear" w:color="auto" w:fill="F2F4F7"/>
          </w:tcPr>
          <w:p w:rsidR="009343DF" w:rsidRDefault="00000000">
            <w:pPr>
              <w:spacing w:before="40" w:after="40"/>
              <w:jc w:val="center"/>
            </w:pPr>
            <w:r>
              <w:rPr>
                <w:b/>
                <w:sz w:val="19"/>
              </w:rPr>
              <w:t>Full name</w:t>
            </w:r>
          </w:p>
        </w:tc>
        <w:tc>
          <w:tcPr>
            <w:tcW w:w="3213" w:type="dxa"/>
            <w:shd w:val="clear" w:color="auto" w:fill="F2F4F7"/>
          </w:tcPr>
          <w:p w:rsidR="009343DF" w:rsidRDefault="00000000">
            <w:pPr>
              <w:spacing w:before="40" w:after="40"/>
              <w:jc w:val="center"/>
            </w:pPr>
            <w:r>
              <w:rPr>
                <w:b/>
                <w:sz w:val="19"/>
              </w:rPr>
              <w:t>Application date</w:t>
            </w:r>
          </w:p>
        </w:tc>
        <w:tc>
          <w:tcPr>
            <w:tcW w:w="3213" w:type="dxa"/>
            <w:shd w:val="clear" w:color="auto" w:fill="F2F4F7"/>
          </w:tcPr>
          <w:p w:rsidR="009343DF" w:rsidRDefault="00000000">
            <w:pPr>
              <w:spacing w:before="40" w:after="40"/>
              <w:jc w:val="center"/>
            </w:pPr>
            <w:r>
              <w:rPr>
                <w:b/>
                <w:sz w:val="19"/>
              </w:rPr>
              <w:t>Signature</w:t>
            </w:r>
          </w:p>
        </w:tc>
      </w:tr>
      <w:tr w:rsidR="009343DF">
        <w:trPr>
          <w:trHeight w:val="964"/>
        </w:trPr>
        <w:tc>
          <w:tcPr>
            <w:tcW w:w="3213" w:type="dxa"/>
          </w:tcPr>
          <w:p w:rsidR="009343DF" w:rsidRDefault="009343DF">
            <w:pPr>
              <w:spacing w:before="40" w:after="40"/>
            </w:pPr>
          </w:p>
        </w:tc>
        <w:tc>
          <w:tcPr>
            <w:tcW w:w="3213" w:type="dxa"/>
          </w:tcPr>
          <w:p w:rsidR="009343DF" w:rsidRDefault="009343DF">
            <w:pPr>
              <w:spacing w:before="40" w:after="40"/>
            </w:pPr>
          </w:p>
        </w:tc>
        <w:tc>
          <w:tcPr>
            <w:tcW w:w="3213" w:type="dxa"/>
          </w:tcPr>
          <w:p w:rsidR="009343DF" w:rsidRDefault="009343DF">
            <w:pPr>
              <w:spacing w:before="40" w:after="40"/>
            </w:pPr>
          </w:p>
        </w:tc>
      </w:tr>
    </w:tbl>
    <w:p w:rsidR="009343DF" w:rsidRDefault="00000000">
      <w:pPr>
        <w:spacing w:before="80"/>
      </w:pPr>
      <w:r>
        <w:rPr>
          <w:i/>
          <w:color w:val="595959"/>
          <w:sz w:val="17"/>
        </w:rPr>
        <w:t>If you apply on behalf of someone else, you must give a notarized power of attorney, or a document that shows you are the parent or legal guardian, together with this form. We do not consider applications that come without a power of attorney.</w:t>
      </w:r>
    </w:p>
    <w:p w:rsidR="009343DF" w:rsidRDefault="00000000">
      <w:r>
        <w:br w:type="page"/>
      </w:r>
    </w:p>
    <w:tbl>
      <w:tblPr>
        <w:tblStyle w:val="TabloKlavuzu"/>
        <w:tblW w:w="0" w:type="auto"/>
        <w:jc w:val="center"/>
        <w:shd w:val="clear" w:color="auto" w:fill="C4BC96" w:themeFill="background2" w:themeFillShade="BF"/>
        <w:tblLook w:val="04A0" w:firstRow="1" w:lastRow="0" w:firstColumn="1" w:lastColumn="0" w:noHBand="0" w:noVBand="1"/>
      </w:tblPr>
      <w:tblGrid>
        <w:gridCol w:w="9638"/>
      </w:tblGrid>
      <w:tr w:rsidR="009343DF" w:rsidTr="00690954">
        <w:trPr>
          <w:jc w:val="center"/>
        </w:trPr>
        <w:tc>
          <w:tcPr>
            <w:tcW w:w="9638" w:type="dxa"/>
            <w:shd w:val="clear" w:color="auto" w:fill="C4BC96" w:themeFill="background2" w:themeFillShade="BF"/>
          </w:tcPr>
          <w:p w:rsidR="009343DF" w:rsidRDefault="00000000">
            <w:pPr>
              <w:spacing w:before="40" w:after="40"/>
            </w:pPr>
            <w:r>
              <w:rPr>
                <w:b/>
                <w:color w:val="FFFFFF"/>
                <w:sz w:val="21"/>
              </w:rPr>
              <w:lastRenderedPageBreak/>
              <w:t>G · HOW TO SEND YOUR APPLICATION</w:t>
            </w:r>
          </w:p>
        </w:tc>
      </w:tr>
    </w:tbl>
    <w:p w:rsidR="009343DF" w:rsidRDefault="009343DF">
      <w:pPr>
        <w:spacing w:after="40"/>
      </w:pPr>
    </w:p>
    <w:tbl>
      <w:tblPr>
        <w:tblStyle w:val="TabloKlavuzu"/>
        <w:tblW w:w="0" w:type="auto"/>
        <w:shd w:val="clear" w:color="auto" w:fill="C4BC96" w:themeFill="background2" w:themeFillShade="BF"/>
        <w:tblLook w:val="04A0" w:firstRow="1" w:lastRow="0" w:firstColumn="1" w:lastColumn="0" w:noHBand="0" w:noVBand="1"/>
      </w:tblPr>
      <w:tblGrid>
        <w:gridCol w:w="3061"/>
        <w:gridCol w:w="6576"/>
      </w:tblGrid>
      <w:tr w:rsidR="009343DF" w:rsidTr="00690954">
        <w:tc>
          <w:tcPr>
            <w:tcW w:w="3061" w:type="dxa"/>
            <w:tcBorders>
              <w:bottom w:val="single" w:sz="4" w:space="0" w:color="auto"/>
            </w:tcBorders>
            <w:shd w:val="clear" w:color="auto" w:fill="C4BC96" w:themeFill="background2" w:themeFillShade="BF"/>
          </w:tcPr>
          <w:p w:rsidR="009343DF" w:rsidRDefault="00000000">
            <w:pPr>
              <w:spacing w:before="40" w:after="40"/>
            </w:pPr>
            <w:r>
              <w:rPr>
                <w:b/>
                <w:color w:val="FFFFFF"/>
                <w:sz w:val="19"/>
              </w:rPr>
              <w:t>Method</w:t>
            </w:r>
          </w:p>
        </w:tc>
        <w:tc>
          <w:tcPr>
            <w:tcW w:w="6576" w:type="dxa"/>
            <w:tcBorders>
              <w:bottom w:val="single" w:sz="4" w:space="0" w:color="auto"/>
            </w:tcBorders>
            <w:shd w:val="clear" w:color="auto" w:fill="C4BC96" w:themeFill="background2" w:themeFillShade="BF"/>
          </w:tcPr>
          <w:p w:rsidR="009343DF" w:rsidRDefault="00000000">
            <w:pPr>
              <w:spacing w:before="40" w:after="40"/>
            </w:pPr>
            <w:r>
              <w:rPr>
                <w:b/>
                <w:color w:val="FFFFFF"/>
                <w:sz w:val="19"/>
              </w:rPr>
              <w:t>Address / Details</w:t>
            </w:r>
          </w:p>
        </w:tc>
      </w:tr>
      <w:tr w:rsidR="009343DF" w:rsidTr="00690954">
        <w:tc>
          <w:tcPr>
            <w:tcW w:w="3061" w:type="dxa"/>
            <w:shd w:val="clear" w:color="auto" w:fill="auto"/>
          </w:tcPr>
          <w:p w:rsidR="009343DF" w:rsidRDefault="00000000">
            <w:pPr>
              <w:spacing w:before="40" w:after="40"/>
            </w:pPr>
            <w:r>
              <w:rPr>
                <w:b/>
                <w:sz w:val="19"/>
              </w:rPr>
              <w:t>Written application</w:t>
            </w:r>
          </w:p>
        </w:tc>
        <w:tc>
          <w:tcPr>
            <w:tcW w:w="6576" w:type="dxa"/>
            <w:shd w:val="clear" w:color="auto" w:fill="auto"/>
          </w:tcPr>
          <w:p w:rsidR="009343DF" w:rsidRDefault="00000000">
            <w:pPr>
              <w:spacing w:before="40" w:after="40"/>
            </w:pPr>
            <w:r>
              <w:rPr>
                <w:sz w:val="19"/>
              </w:rPr>
              <w:t>Hand in the wet-signed form in person, through a notary, or send it by registered mail or courier with return receipt:</w:t>
            </w:r>
            <w:r>
              <w:rPr>
                <w:sz w:val="19"/>
              </w:rPr>
              <w:br/>
              <w:t>Göynük Mah. 3160. Sok. No: 31  Kemer / ANTALYA</w:t>
            </w:r>
          </w:p>
        </w:tc>
      </w:tr>
      <w:tr w:rsidR="009343DF" w:rsidTr="00690954">
        <w:tc>
          <w:tcPr>
            <w:tcW w:w="3061" w:type="dxa"/>
            <w:shd w:val="clear" w:color="auto" w:fill="auto"/>
          </w:tcPr>
          <w:p w:rsidR="009343DF" w:rsidRDefault="00000000">
            <w:pPr>
              <w:spacing w:before="40" w:after="40"/>
            </w:pPr>
            <w:r>
              <w:rPr>
                <w:b/>
                <w:sz w:val="19"/>
              </w:rPr>
              <w:t>KEP</w:t>
            </w:r>
          </w:p>
        </w:tc>
        <w:tc>
          <w:tcPr>
            <w:tcW w:w="6576" w:type="dxa"/>
            <w:shd w:val="clear" w:color="auto" w:fill="auto"/>
          </w:tcPr>
          <w:p w:rsidR="009343DF" w:rsidRDefault="00000000">
            <w:pPr>
              <w:spacing w:before="40" w:after="40"/>
            </w:pPr>
            <w:r>
              <w:rPr>
                <w:sz w:val="19"/>
              </w:rPr>
              <w:t xml:space="preserve">From your KEP address:  ngphaselisturizm@hs01.kep.tr</w:t>
            </w:r>
          </w:p>
        </w:tc>
      </w:tr>
      <w:tr w:rsidR="009343DF" w:rsidTr="00690954">
        <w:tc>
          <w:tcPr>
            <w:tcW w:w="3061" w:type="dxa"/>
            <w:shd w:val="clear" w:color="auto" w:fill="auto"/>
          </w:tcPr>
          <w:p w:rsidR="009343DF" w:rsidRDefault="00000000">
            <w:pPr>
              <w:spacing w:before="40" w:after="40"/>
            </w:pPr>
            <w:r>
              <w:rPr>
                <w:b/>
                <w:sz w:val="19"/>
              </w:rPr>
              <w:t>Secure electronic signature / mobile signature</w:t>
            </w:r>
          </w:p>
        </w:tc>
        <w:tc>
          <w:tcPr>
            <w:tcW w:w="6576" w:type="dxa"/>
            <w:shd w:val="clear" w:color="auto" w:fill="auto"/>
          </w:tcPr>
          <w:p w:rsidR="009343DF" w:rsidRDefault="00000000">
            <w:pPr>
              <w:spacing w:before="40" w:after="40"/>
            </w:pPr>
            <w:r>
              <w:rPr>
                <w:sz w:val="19"/>
              </w:rPr>
              <w:t xml:space="preserve">With an e-signature or mobile signature:  info@ngphaselisbay.com</w:t>
            </w:r>
          </w:p>
        </w:tc>
      </w:tr>
      <w:tr w:rsidR="009343DF" w:rsidTr="00690954">
        <w:tc>
          <w:tcPr>
            <w:tcW w:w="3061" w:type="dxa"/>
            <w:shd w:val="clear" w:color="auto" w:fill="auto"/>
          </w:tcPr>
          <w:p w:rsidR="009343DF" w:rsidRDefault="00000000">
            <w:pPr>
              <w:spacing w:before="40" w:after="40"/>
            </w:pPr>
            <w:r>
              <w:rPr>
                <w:b/>
                <w:sz w:val="19"/>
              </w:rPr>
              <w:t>Email address registered in our system</w:t>
            </w:r>
          </w:p>
        </w:tc>
        <w:tc>
          <w:tcPr>
            <w:tcW w:w="6576" w:type="dxa"/>
            <w:shd w:val="clear" w:color="auto" w:fill="auto"/>
          </w:tcPr>
          <w:p w:rsidR="009343DF" w:rsidRDefault="00000000">
            <w:pPr>
              <w:spacing w:before="40" w:after="40"/>
            </w:pPr>
            <w:r>
              <w:rPr>
                <w:sz w:val="19"/>
              </w:rPr>
              <w:t xml:space="preserve">From the email address that you gave us earlier and that is registered in our system:  info@ngphaselisbay.com</w:t>
            </w:r>
          </w:p>
        </w:tc>
      </w:tr>
    </w:tbl>
    <w:p w:rsidR="009343DF" w:rsidRDefault="009343DF">
      <w:pPr>
        <w:spacing w:after="0" w:line="240" w:lineRule="auto"/>
      </w:pPr>
    </w:p>
    <w:p w:rsidR="009343DF" w:rsidRDefault="00000000">
      <w:pPr>
        <w:spacing w:after="60"/>
      </w:pPr>
      <w:r>
        <w:rPr>
          <w:b/>
          <w:sz w:val="18"/>
        </w:rPr>
        <w:t>Subject line — write it exactly as given, on the envelope, in the title of the form or in the subject line of the email (please keep the Turkish text, so that we can route your application correctly):</w:t>
      </w:r>
    </w:p>
    <w:tbl>
      <w:tblPr>
        <w:tblStyle w:val="TabloKlavuzu"/>
        <w:tblW w:w="0" w:type="auto"/>
        <w:tblLook w:val="04A0" w:firstRow="1" w:lastRow="0" w:firstColumn="1" w:lastColumn="0" w:noHBand="0" w:noVBand="1"/>
      </w:tblPr>
      <w:tblGrid>
        <w:gridCol w:w="9638"/>
      </w:tblGrid>
      <w:tr w:rsidR="009343DF">
        <w:tc>
          <w:tcPr>
            <w:tcW w:w="9638" w:type="dxa"/>
            <w:shd w:val="clear" w:color="auto" w:fill="FFF7E6"/>
          </w:tcPr>
          <w:p w:rsidR="009343DF" w:rsidRDefault="00000000">
            <w:pPr>
              <w:spacing w:before="40" w:after="40"/>
              <w:jc w:val="center"/>
            </w:pPr>
            <w:r>
              <w:rPr>
                <w:b/>
                <w:sz w:val="19"/>
              </w:rPr>
              <w:t xml:space="preserve">NG PHASELIS TURİZM A.Ş. — KİŞİSEL VERİLERİN KORUNMASI KANUNU KAPSAMINDA İLGİLİ KİŞİ BAŞVURUSU  (in English: Data subject application under the Personal Data Protection Law)</w:t>
            </w:r>
          </w:p>
        </w:tc>
      </w:tr>
    </w:tbl>
    <w:p w:rsidR="009343DF" w:rsidRDefault="009343DF">
      <w:pPr>
        <w:spacing w:after="0" w:line="240" w:lineRule="auto"/>
      </w:pPr>
    </w:p>
    <w:tbl>
      <w:tblPr>
        <w:tblStyle w:val="TabloKlavuzu"/>
        <w:tblW w:w="0" w:type="auto"/>
        <w:jc w:val="center"/>
        <w:shd w:val="clear" w:color="auto" w:fill="C4BC96" w:themeFill="background2" w:themeFillShade="BF"/>
        <w:tblLook w:val="04A0" w:firstRow="1" w:lastRow="0" w:firstColumn="1" w:lastColumn="0" w:noHBand="0" w:noVBand="1"/>
      </w:tblPr>
      <w:tblGrid>
        <w:gridCol w:w="9638"/>
      </w:tblGrid>
      <w:tr w:rsidR="009343DF" w:rsidTr="00690954">
        <w:trPr>
          <w:jc w:val="center"/>
        </w:trPr>
        <w:tc>
          <w:tcPr>
            <w:tcW w:w="9638" w:type="dxa"/>
            <w:shd w:val="clear" w:color="auto" w:fill="C4BC96" w:themeFill="background2" w:themeFillShade="BF"/>
          </w:tcPr>
          <w:p w:rsidR="009343DF" w:rsidRDefault="00000000">
            <w:pPr>
              <w:spacing w:before="40" w:after="40"/>
            </w:pPr>
            <w:r>
              <w:rPr>
                <w:b/>
                <w:color w:val="FFFFFF"/>
                <w:sz w:val="21"/>
              </w:rPr>
              <w:t>H · WHAT YOU NEED TO KNOW</w:t>
            </w:r>
          </w:p>
        </w:tc>
      </w:tr>
    </w:tbl>
    <w:p w:rsidR="009343DF" w:rsidRDefault="009343DF">
      <w:pPr>
        <w:spacing w:after="40"/>
      </w:pPr>
    </w:p>
    <w:p w:rsidR="009343DF" w:rsidRDefault="00000000">
      <w:pPr>
        <w:spacing w:after="100"/>
        <w:ind w:left="340" w:hanging="340"/>
      </w:pPr>
      <w:r>
        <w:rPr>
          <w:b/>
          <w:sz w:val="18"/>
        </w:rPr>
        <w:t xml:space="preserve">1.  Time limit. </w:t>
      </w:r>
      <w:r>
        <w:rPr>
          <w:sz w:val="18"/>
        </w:rPr>
        <w:t>We settle your application as soon as possible and within thirty days at the latest, depending on its type. The period starts on the date your application reaches our Company.</w:t>
      </w:r>
    </w:p>
    <w:p w:rsidR="009343DF" w:rsidRDefault="00000000">
      <w:pPr>
        <w:spacing w:after="100"/>
        <w:ind w:left="340" w:hanging="340"/>
      </w:pPr>
      <w:r>
        <w:rPr>
          <w:b/>
          <w:sz w:val="18"/>
        </w:rPr>
        <w:t xml:space="preserve">2.  Fee. </w:t>
      </w:r>
      <w:r>
        <w:rPr>
          <w:sz w:val="18"/>
        </w:rPr>
        <w:t>Applications are free as a rule. If the process needs extra cost, we may charge the fee in the tariff set by the Board (a fee for each page if the answer is longer than ten pages; the cost of the medium, such as a CD or flash drive, if we give the answer on one).</w:t>
      </w:r>
    </w:p>
    <w:p w:rsidR="009343DF" w:rsidRDefault="00000000">
      <w:pPr>
        <w:spacing w:after="100"/>
        <w:ind w:left="340" w:hanging="340"/>
      </w:pPr>
      <w:r>
        <w:rPr>
          <w:b/>
          <w:sz w:val="18"/>
        </w:rPr>
        <w:t xml:space="preserve">3.  Identity check. </w:t>
      </w:r>
      <w:r>
        <w:rPr>
          <w:sz w:val="18"/>
        </w:rPr>
        <w:t>We may ask for extra information or documents to be sure of the applicant's identity. This does not mean you must send a copy of your ID for your application to be valid.</w:t>
      </w:r>
    </w:p>
    <w:p w:rsidR="009343DF" w:rsidRDefault="00000000">
      <w:pPr>
        <w:spacing w:after="100"/>
        <w:ind w:left="340" w:hanging="340"/>
      </w:pPr>
      <w:r>
        <w:rPr>
          <w:b/>
          <w:sz w:val="18"/>
        </w:rPr>
        <w:t xml:space="preserve">4.  Own-data rule. </w:t>
      </w:r>
      <w:r>
        <w:rPr>
          <w:sz w:val="18"/>
        </w:rPr>
        <w:t>You can use your rights only for your own data. We reject applications made on behalf of a spouse, child, relative or friend, unless there is a proper power of attorney.</w:t>
      </w:r>
    </w:p>
    <w:p w:rsidR="009343DF" w:rsidRDefault="00000000">
      <w:pPr>
        <w:spacing w:after="100"/>
        <w:ind w:left="340" w:hanging="340"/>
      </w:pPr>
      <w:r>
        <w:rPr>
          <w:b/>
          <w:sz w:val="18"/>
        </w:rPr>
        <w:t xml:space="preserve">5.  Limit of deletion requests. </w:t>
      </w:r>
      <w:r>
        <w:rPr>
          <w:sz w:val="18"/>
        </w:rPr>
        <w:t>Even if we carry out your deletion request, we must share the data that we keep because of legal retention duties (identity notification records, financial records, internet traffic logs, etc.) if authorized official bodies ask for it under the law.</w:t>
      </w:r>
    </w:p>
    <w:p w:rsidR="009343DF" w:rsidRDefault="00000000">
      <w:pPr>
        <w:spacing w:after="100"/>
        <w:ind w:left="340" w:hanging="340"/>
      </w:pPr>
      <w:r>
        <w:rPr>
          <w:b/>
          <w:sz w:val="18"/>
        </w:rPr>
        <w:t xml:space="preserve">6.  Right to complain. </w:t>
      </w:r>
      <w:r>
        <w:rPr>
          <w:sz w:val="18"/>
        </w:rPr>
        <w:t>If your application is rejected, you find our answer insufficient, or we do not answer in time, you can complain to the Personal Data Protection Board within thirty days of learning our answer, and in any case within sixty days of your application date (Article 14 of the Law) — www.kvkk.gov.tr</w:t>
      </w:r>
    </w:p>
    <w:p w:rsidR="009343DF" w:rsidRDefault="00000000">
      <w:pPr>
        <w:spacing w:after="100"/>
        <w:ind w:left="340" w:hanging="340"/>
      </w:pPr>
      <w:r>
        <w:rPr>
          <w:b/>
          <w:sz w:val="18"/>
        </w:rPr>
        <w:t xml:space="preserve">7.  Your data in this form. </w:t>
      </w:r>
      <w:r>
        <w:rPr>
          <w:sz w:val="18"/>
        </w:rPr>
        <w:t>We process the information you give in this form only to review your application, verify your identity and answer you. We do this under Article 5/2(ç) of the Law (legal obligation), and we keep it in our application records.</w:t>
      </w:r>
    </w:p>
    <w:p w:rsidR="009343DF" w:rsidRDefault="009343DF">
      <w:pPr>
        <w:spacing w:after="0" w:line="240" w:lineRule="auto"/>
      </w:pPr>
    </w:p>
    <w:p w:rsidR="009343DF" w:rsidRDefault="00000000">
      <w:pPr>
        <w:spacing w:after="0"/>
        <w:jc w:val="center"/>
      </w:pPr>
      <w:r>
        <w:rPr>
          <w:b/>
          <w:color w:val="1F364D"/>
          <w:sz w:val="18"/>
        </w:rPr>
        <w:t>NG PHASELIS TURİZM A.Ş.  (NG Phaselis Bay)</w:t>
      </w:r>
    </w:p>
    <w:p w:rsidR="009343DF" w:rsidRDefault="00000000">
      <w:pPr>
        <w:spacing w:after="0"/>
        <w:jc w:val="center"/>
      </w:pPr>
      <w:r>
        <w:rPr>
          <w:color w:val="595959"/>
          <w:sz w:val="17"/>
        </w:rPr>
        <w:t>Göynük Mah. 3160. Sok. No: 31 Kemer / ANTALYA  ·  +90 242 824 07 07  ·  info@ngphaselisbay.com  ·  www.ngphaselisbay.com</w:t>
      </w:r>
    </w:p>
    <w:p w:rsidR="009343DF" w:rsidRDefault="00000000">
      <w:pPr>
        <w:jc w:val="center"/>
      </w:pPr>
      <w:r>
        <w:rPr>
          <w:i/>
          <w:color w:val="595959"/>
          <w:sz w:val="16"/>
        </w:rPr>
        <w:t xml:space="preserve">Data Subject Application Form · v1.0 · </w:t>
      </w:r>
      <w:r w:rsidR="00945F6E">
        <w:rPr>
          <w:i/>
          <w:color w:val="595959"/>
          <w:sz w:val="16"/>
        </w:rPr>
        <w:t>26</w:t>
      </w:r>
      <w:r>
        <w:rPr>
          <w:i/>
          <w:color w:val="595959"/>
          <w:sz w:val="16"/>
        </w:rPr>
        <w:t>.09.2026</w:t>
      </w:r>
    </w:p>
    <w:sectPr w:rsidR="009343DF" w:rsidSect="00690954">
      <w:pgSz w:w="11906" w:h="16838"/>
      <w:pgMar w:top="543" w:right="1134" w:bottom="60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316109390">
    <w:abstractNumId w:val="8"/>
  </w:num>
  <w:num w:numId="2" w16cid:durableId="351028448">
    <w:abstractNumId w:val="6"/>
  </w:num>
  <w:num w:numId="3" w16cid:durableId="1840150567">
    <w:abstractNumId w:val="5"/>
  </w:num>
  <w:num w:numId="4" w16cid:durableId="336808832">
    <w:abstractNumId w:val="4"/>
  </w:num>
  <w:num w:numId="5" w16cid:durableId="611322238">
    <w:abstractNumId w:val="7"/>
  </w:num>
  <w:num w:numId="6" w16cid:durableId="1750232139">
    <w:abstractNumId w:val="3"/>
  </w:num>
  <w:num w:numId="7" w16cid:durableId="968509635">
    <w:abstractNumId w:val="2"/>
  </w:num>
  <w:num w:numId="8" w16cid:durableId="1137575617">
    <w:abstractNumId w:val="1"/>
  </w:num>
  <w:num w:numId="9" w16cid:durableId="1419643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D4D3A"/>
    <w:rsid w:val="00690954"/>
    <w:rsid w:val="009343DF"/>
    <w:rsid w:val="00945F6E"/>
    <w:rsid w:val="00A759D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C25197EA-7B8C-EF40-BEC1-E5F49F104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Calibri" w:eastAsia="Calibri" w:hAnsi="Calibri"/>
      <w:sz w:val="20"/>
      <w:lang w:val="tr-TR"/>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873</Words>
  <Characters>4979</Characters>
  <Application>Microsoft Office Word</Application>
  <DocSecurity>0</DocSecurity>
  <Lines>41</Lines>
  <Paragraphs>11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5841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4</cp:revision>
  <cp:lastPrinted>2026-09-06T10:46:00Z</cp:lastPrinted>
  <dcterms:created xsi:type="dcterms:W3CDTF">2013-12-23T23:15:00Z</dcterms:created>
  <dcterms:modified xsi:type="dcterms:W3CDTF">2026-10-06T15:30:00Z</dcterms:modified>
  <cp:category/>
</cp:coreProperties>
</file>