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343DF" w:rsidRDefault="00000000">
      <w:pPr>
        <w:spacing w:after="0"/>
        <w:jc w:val="center"/>
      </w:pPr>
      <w:r>
        <w:rPr>
          <w:b/>
          <w:color w:val="1F364D"/>
          <w:sz w:val="24"/>
        </w:rPr>
        <w:t>NG PHASELIS TURİZM A.Ş.</w:t>
      </w:r>
    </w:p>
    <w:p w:rsidR="009343DF" w:rsidRDefault="00000000">
      <w:pPr>
        <w:spacing w:after="160"/>
        <w:jc w:val="center"/>
      </w:pPr>
      <w:r>
        <w:rPr>
          <w:color w:val="595959"/>
          <w:sz w:val="19"/>
        </w:rPr>
        <w:t>NG Phaselis Bay</w:t>
      </w:r>
    </w:p>
    <w:p w:rsidR="009343DF" w:rsidRDefault="00000000">
      <w:pPr>
        <w:spacing w:after="40"/>
        <w:jc w:val="center"/>
      </w:pPr>
      <w:r>
        <w:rPr>
          <w:b/>
          <w:color w:val="1F364D"/>
          <w:sz w:val="30"/>
        </w:rPr>
        <w:t>ЗАЯВЛЕНИЕ СУБЪЕКТА ДАННЫХ</w:t>
      </w:r>
    </w:p>
    <w:p w:rsidR="009343DF" w:rsidRDefault="00000000">
      <w:pPr>
        <w:spacing w:after="200"/>
        <w:jc w:val="center"/>
      </w:pPr>
      <w:r>
        <w:rPr>
          <w:i/>
          <w:color w:val="595959"/>
          <w:sz w:val="17"/>
        </w:rPr>
        <w:t>В соответствии со статьёй 11 Закона № 6698 о защите персональных данных и Положением о порядке и принципах обращения к оператору данных</w:t>
      </w:r>
    </w:p>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A · СВЕДЕНИЯ О ЗАЯВИТЕЛЕ</w:t>
            </w:r>
          </w:p>
        </w:tc>
      </w:tr>
    </w:tbl>
    <w:p w:rsidR="009343DF" w:rsidRDefault="009343DF">
      <w:pPr>
        <w:spacing w:after="40"/>
      </w:pPr>
    </w:p>
    <w:tbl>
      <w:tblPr>
        <w:tblStyle w:val="TabloKlavuzu"/>
        <w:tblW w:w="0" w:type="auto"/>
        <w:tblLook w:val="04A0" w:firstRow="1" w:lastRow="0" w:firstColumn="1" w:lastColumn="0" w:noHBand="0" w:noVBand="1"/>
      </w:tblPr>
      <w:tblGrid>
        <w:gridCol w:w="3742"/>
        <w:gridCol w:w="5896"/>
      </w:tblGrid>
      <w:tr w:rsidR="009343DF">
        <w:trPr>
          <w:trHeight w:val="442"/>
        </w:trPr>
        <w:tc>
          <w:tcPr>
            <w:tcW w:w="3742" w:type="dxa"/>
            <w:shd w:val="clear" w:color="auto" w:fill="F2F4F7"/>
          </w:tcPr>
          <w:p w:rsidR="009343DF" w:rsidRDefault="00000000">
            <w:pPr>
              <w:spacing w:before="40" w:after="40"/>
            </w:pPr>
            <w:r>
              <w:rPr>
                <w:b/>
                <w:sz w:val="19"/>
              </w:rPr>
              <w:t>Фамилия и имя</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Турецкий идентификационный номер (T.C. Kimlik No)</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Гражданство / номер паспорта / номер удостоверения личности</w:t>
            </w:r>
            <w:r>
              <w:rPr>
                <w:i/>
                <w:color w:val="595959"/>
                <w:sz w:val="15"/>
              </w:rPr>
              <w:br/>
              <w:t>Заполняют только иностранные заявители</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Адрес для официальных уведомлений</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Мобильный телефон</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Адрес электронной почты</w:t>
            </w:r>
          </w:p>
        </w:tc>
        <w:tc>
          <w:tcPr>
            <w:tcW w:w="5896" w:type="dxa"/>
          </w:tcPr>
          <w:p w:rsidR="009343DF" w:rsidRDefault="009343DF">
            <w:pPr>
              <w:spacing w:before="40" w:after="40"/>
            </w:pPr>
          </w:p>
        </w:tc>
      </w:tr>
      <w:tr w:rsidR="009343DF">
        <w:trPr>
          <w:trHeight w:val="442"/>
        </w:trPr>
        <w:tc>
          <w:tcPr>
            <w:tcW w:w="3742" w:type="dxa"/>
            <w:shd w:val="clear" w:color="auto" w:fill="F2F4F7"/>
          </w:tcPr>
          <w:p w:rsidR="009343DF" w:rsidRDefault="00000000">
            <w:pPr>
              <w:spacing w:before="40" w:after="40"/>
            </w:pPr>
            <w:r>
              <w:rPr>
                <w:b/>
                <w:sz w:val="19"/>
              </w:rPr>
              <w:t>Номер факса</w:t>
            </w:r>
            <w:r>
              <w:rPr>
                <w:i/>
                <w:color w:val="595959"/>
                <w:sz w:val="15"/>
              </w:rPr>
              <w:br/>
              <w:t>Если есть</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B · ВАШИ ОТНОШЕНИЯ С НАШЕЙ КОМПАНИЕЙ</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2269"/>
        <w:gridCol w:w="428"/>
        <w:gridCol w:w="3545"/>
        <w:gridCol w:w="428"/>
        <w:gridCol w:w="2508"/>
      </w:tblGrid>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Я гость</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rPr>
                <w:sz w:val="19"/>
              </w:rPr>
            </w:pPr>
            <w:r>
              <w:rPr>
                <w:sz w:val="19"/>
              </w:rPr>
              <w:t>Я представитель поставщика, агентства или делового партнёра</w:t>
            </w:r>
          </w:p>
        </w:tc>
        <w:tc>
          <w:tcPr>
            <w:tcW w:w="428" w:type="dxa"/>
          </w:tcPr>
          <w:p w:rsidR="00A759DD" w:rsidRDefault="00A759DD" w:rsidP="00A759DD">
            <w:pPr>
              <w:spacing w:before="40" w:after="40"/>
              <w:rPr>
                <w:sz w:val="19"/>
              </w:rPr>
            </w:pPr>
            <w:r>
              <w:rPr>
                <w:rFonts w:ascii="Segoe UI Symbol" w:hAnsi="Segoe UI Symbol" w:cs="Segoe UI Symbol"/>
                <w:b/>
                <w:sz w:val="24"/>
              </w:rPr>
              <w:t>☐</w:t>
            </w:r>
          </w:p>
        </w:tc>
        <w:tc>
          <w:tcPr>
            <w:tcW w:w="2508" w:type="dxa"/>
          </w:tcPr>
          <w:p w:rsidR="00A759DD" w:rsidRDefault="00A759DD" w:rsidP="00A759DD">
            <w:pPr>
              <w:spacing w:before="40" w:after="40"/>
            </w:pPr>
            <w:r>
              <w:rPr>
                <w:sz w:val="19"/>
              </w:rPr>
              <w:t>Я кандидат на работу / стажёр</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Я отправлял(а) запрос на бронирование</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Я бывший гость</w:t>
            </w:r>
          </w:p>
        </w:tc>
        <w:tc>
          <w:tcPr>
            <w:tcW w:w="428" w:type="dxa"/>
          </w:tcPr>
          <w:p w:rsidR="00A759DD" w:rsidRDefault="00A759DD" w:rsidP="00A759DD">
            <w:pPr>
              <w:spacing w:before="40" w:after="40"/>
              <w:rPr>
                <w:sz w:val="19"/>
              </w:rPr>
            </w:pPr>
            <w:r>
              <w:rPr>
                <w:rFonts w:ascii="Segoe UI Symbol" w:hAnsi="Segoe UI Symbol" w:cs="Segoe UI Symbol"/>
                <w:b/>
                <w:sz w:val="24"/>
              </w:rPr>
              <w:t>☐</w:t>
            </w:r>
          </w:p>
        </w:tc>
        <w:tc>
          <w:tcPr>
            <w:tcW w:w="2508" w:type="dxa"/>
          </w:tcPr>
          <w:p w:rsidR="00A759DD" w:rsidRDefault="00A759DD" w:rsidP="00A759DD">
            <w:pPr>
              <w:spacing w:before="40" w:after="40"/>
            </w:pPr>
            <w:r>
              <w:rPr>
                <w:sz w:val="19"/>
              </w:rPr>
              <w:t>Я посетитель сайта</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Я участник мероприятия / встречи</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Я однодневный посетитель</w:t>
            </w:r>
          </w:p>
        </w:tc>
        <w:tc>
          <w:tcPr>
            <w:tcW w:w="428" w:type="dxa"/>
          </w:tcPr>
          <w:p w:rsidR="00A759DD" w:rsidRDefault="00A759DD" w:rsidP="00A759DD">
            <w:pPr>
              <w:spacing w:before="40" w:after="40"/>
              <w:rPr>
                <w:sz w:val="19"/>
              </w:rPr>
            </w:pPr>
          </w:p>
        </w:tc>
        <w:tc>
          <w:tcPr>
            <w:tcW w:w="2508" w:type="dxa"/>
          </w:tcPr>
          <w:p w:rsidR="00A759DD" w:rsidRDefault="00A759DD" w:rsidP="00A759DD">
            <w:pPr>
              <w:spacing w:before="40" w:after="40"/>
            </w:pP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2269" w:type="dxa"/>
          </w:tcPr>
          <w:p w:rsidR="00A759DD" w:rsidRDefault="00A759DD" w:rsidP="00A759DD">
            <w:pPr>
              <w:spacing w:before="40" w:after="40"/>
            </w:pPr>
            <w:r>
              <w:rPr>
                <w:sz w:val="19"/>
              </w:rPr>
              <w:t>Я бывший сотрудник</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3545" w:type="dxa"/>
          </w:tcPr>
          <w:p w:rsidR="00A759DD" w:rsidRDefault="00A759DD" w:rsidP="00A759DD">
            <w:pPr>
              <w:spacing w:before="40" w:after="40"/>
            </w:pPr>
            <w:r>
              <w:rPr>
                <w:sz w:val="19"/>
              </w:rPr>
              <w:t>Я сотрудник</w:t>
            </w:r>
          </w:p>
        </w:tc>
        <w:tc>
          <w:tcPr>
            <w:tcW w:w="428" w:type="dxa"/>
          </w:tcPr>
          <w:p w:rsidR="00A759DD" w:rsidRDefault="00A759DD" w:rsidP="00A759DD">
            <w:pPr>
              <w:spacing w:before="40" w:after="40"/>
              <w:rPr>
                <w:sz w:val="19"/>
              </w:rPr>
            </w:pPr>
          </w:p>
        </w:tc>
        <w:tc>
          <w:tcPr>
            <w:tcW w:w="2508" w:type="dxa"/>
          </w:tcPr>
          <w:p w:rsidR="00A759DD" w:rsidRDefault="00A759DD" w:rsidP="00A759DD">
            <w:pPr>
              <w:spacing w:before="40" w:after="40"/>
            </w:pP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742"/>
        <w:gridCol w:w="5896"/>
      </w:tblGrid>
      <w:tr w:rsidR="009343DF">
        <w:trPr>
          <w:trHeight w:val="397"/>
        </w:trPr>
        <w:tc>
          <w:tcPr>
            <w:tcW w:w="3742" w:type="dxa"/>
            <w:shd w:val="clear" w:color="auto" w:fill="F2F4F7"/>
          </w:tcPr>
          <w:p w:rsidR="009343DF" w:rsidRDefault="00000000">
            <w:pPr>
              <w:spacing w:before="40" w:after="40"/>
            </w:pPr>
            <w:r>
              <w:rPr>
                <w:b/>
                <w:sz w:val="19"/>
              </w:rPr>
              <w:t>Дата / период отношений</w:t>
            </w:r>
            <w:r>
              <w:rPr>
                <w:i/>
                <w:color w:val="595959"/>
                <w:sz w:val="15"/>
              </w:rPr>
              <w:br/>
              <w:t>Если вы знаете</w:t>
            </w:r>
          </w:p>
        </w:tc>
        <w:tc>
          <w:tcPr>
            <w:tcW w:w="5896" w:type="dxa"/>
          </w:tcPr>
          <w:p w:rsidR="009343DF" w:rsidRDefault="009343DF">
            <w:pPr>
              <w:spacing w:before="40" w:after="40"/>
            </w:pPr>
          </w:p>
        </w:tc>
      </w:tr>
      <w:tr w:rsidR="009343DF">
        <w:trPr>
          <w:trHeight w:val="397"/>
        </w:trPr>
        <w:tc>
          <w:tcPr>
            <w:tcW w:w="3742" w:type="dxa"/>
            <w:shd w:val="clear" w:color="auto" w:fill="F2F4F7"/>
          </w:tcPr>
          <w:p w:rsidR="009343DF" w:rsidRDefault="00000000">
            <w:pPr>
              <w:spacing w:before="40" w:after="40"/>
            </w:pPr>
            <w:r>
              <w:rPr>
                <w:b/>
                <w:sz w:val="19"/>
              </w:rPr>
              <w:t>Номер бронирования / номера / записи</w:t>
            </w:r>
            <w:r>
              <w:rPr>
                <w:i/>
                <w:color w:val="595959"/>
                <w:sz w:val="15"/>
              </w:rPr>
              <w:br/>
              <w:t>Если есть</w:t>
            </w:r>
          </w:p>
        </w:tc>
        <w:tc>
          <w:tcPr>
            <w:tcW w:w="5896" w:type="dxa"/>
          </w:tcPr>
          <w:p w:rsidR="009343DF" w:rsidRDefault="009343DF">
            <w:pPr>
              <w:spacing w:before="40" w:after="40"/>
            </w:pPr>
          </w:p>
        </w:tc>
      </w:tr>
      <w:tr w:rsidR="009343DF">
        <w:trPr>
          <w:trHeight w:val="397"/>
        </w:trPr>
        <w:tc>
          <w:tcPr>
            <w:tcW w:w="3742" w:type="dxa"/>
            <w:shd w:val="clear" w:color="auto" w:fill="F2F4F7"/>
          </w:tcPr>
          <w:p w:rsidR="009343DF" w:rsidRDefault="00000000">
            <w:pPr>
              <w:spacing w:before="40" w:after="40"/>
            </w:pPr>
            <w:r>
              <w:rPr>
                <w:b/>
                <w:sz w:val="19"/>
              </w:rPr>
              <w:t>Другое (если ничего из перечисленного выше не подходит)</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 xml:space="preserve">C · ВАШ ЗАПРОС  (можно отметить несколько вариантов)</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4923"/>
        <w:gridCol w:w="428"/>
        <w:gridCol w:w="4075"/>
      </w:tblGrid>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1. Я хочу узнать, обрабатываются ли мои персональные данные.</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6. Я прошу удалить или уничтожить мои персональные данные.</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2. Если мои персональные данные обрабатывались, я прошу предоставить информацию об этом.</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7. Я прошу сообщить третьим лицам, которым переданы мои данные, о действиях, выполненных по запросу 5 и/или 6.</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3. Я хочу узнать, зачем обрабатываются мои персональные данные и используются ли они по этой цели.</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8. Анализ моих данных, выполненный только автоматическими системами, привёл к результату не в мою пользу, и я возражаю против этого.</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4. Я хочу знать третьих лиц, которым мои персональные данные переданы в Турции или за границей.</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9. Я хочу отозвать явное согласие, которое я дал(а) раньше. (Отметьте тему ниже.)</w:t>
            </w:r>
          </w:p>
        </w:tc>
      </w:tr>
      <w:tr w:rsidR="00A759DD" w:rsidTr="00A759DD">
        <w:tc>
          <w:tcPr>
            <w:tcW w:w="428" w:type="dxa"/>
          </w:tcPr>
          <w:p w:rsidR="00A759DD" w:rsidRDefault="00A759DD" w:rsidP="00A759DD">
            <w:pPr>
              <w:spacing w:before="40" w:after="40"/>
              <w:jc w:val="center"/>
            </w:pPr>
            <w:r>
              <w:rPr>
                <w:rFonts w:ascii="Segoe UI Symbol" w:hAnsi="Segoe UI Symbol" w:cs="Segoe UI Symbol"/>
                <w:b/>
                <w:sz w:val="24"/>
              </w:rPr>
              <w:t>☐</w:t>
            </w:r>
          </w:p>
        </w:tc>
        <w:tc>
          <w:tcPr>
            <w:tcW w:w="4923" w:type="dxa"/>
          </w:tcPr>
          <w:p w:rsidR="00A759DD" w:rsidRDefault="00A759DD" w:rsidP="00A759DD">
            <w:pPr>
              <w:spacing w:before="40" w:after="40"/>
            </w:pPr>
            <w:r>
              <w:rPr>
                <w:sz w:val="19"/>
              </w:rPr>
              <w:t>5. Мои персональные данные обработаны неполно или неверно, и я прошу их исправить. (Напишите правильные данные в разделе D и приложите документы, если они есть.)</w:t>
            </w:r>
          </w:p>
        </w:tc>
        <w:tc>
          <w:tcPr>
            <w:tcW w:w="428" w:type="dxa"/>
          </w:tcPr>
          <w:p w:rsidR="00A759DD" w:rsidRDefault="00A759DD" w:rsidP="00A759DD">
            <w:pPr>
              <w:spacing w:before="40" w:after="40"/>
              <w:jc w:val="center"/>
            </w:pPr>
            <w:r>
              <w:rPr>
                <w:rFonts w:ascii="Segoe UI Symbol" w:hAnsi="Segoe UI Symbol" w:cs="Segoe UI Symbol"/>
                <w:b/>
                <w:sz w:val="24"/>
              </w:rPr>
              <w:t>☐</w:t>
            </w:r>
          </w:p>
        </w:tc>
        <w:tc>
          <w:tcPr>
            <w:tcW w:w="4075" w:type="dxa"/>
          </w:tcPr>
          <w:p w:rsidR="00A759DD" w:rsidRDefault="00A759DD" w:rsidP="00A759DD">
            <w:pPr>
              <w:spacing w:before="40" w:after="40"/>
            </w:pPr>
            <w:r>
              <w:rPr>
                <w:sz w:val="19"/>
              </w:rPr>
              <w:t>10. Мне причинён ущерб из-за незаконной обработки моих персональных данных, и я прошу возместить его. (Пожалуйста, подтвердите ущерб документами.)</w:t>
            </w:r>
          </w:p>
        </w:tc>
      </w:tr>
    </w:tbl>
    <w:p w:rsidR="009343DF" w:rsidRDefault="009343DF">
      <w:pPr>
        <w:spacing w:after="0" w:line="240" w:lineRule="auto"/>
      </w:pPr>
    </w:p>
    <w:p w:rsidR="00690954" w:rsidRDefault="00690954">
      <w:pPr>
        <w:spacing w:after="200" w:line="276" w:lineRule="auto"/>
        <w:rPr>
          <w:b/>
          <w:sz w:val="18"/>
        </w:rPr>
      </w:pPr>
      <w:r>
        <w:rPr>
          <w:b/>
          <w:sz w:val="18"/>
        </w:rPr>
        <w:br w:type="page"/>
      </w:r>
    </w:p>
    <w:p w:rsidR="009343DF" w:rsidRDefault="00000000">
      <w:pPr>
        <w:spacing w:after="60"/>
      </w:pPr>
      <w:r>
        <w:rPr>
          <w:b/>
          <w:sz w:val="18"/>
        </w:rPr>
        <w:lastRenderedPageBreak/>
        <w:t>Если вы отметили пункт 10 — тема, по которой вы хотите отозвать согласие:</w:t>
      </w:r>
    </w:p>
    <w:tbl>
      <w:tblPr>
        <w:tblStyle w:val="TabloKlavuzu"/>
        <w:tblW w:w="0" w:type="auto"/>
        <w:tblLook w:val="04A0" w:firstRow="1" w:lastRow="0" w:firstColumn="1" w:lastColumn="0" w:noHBand="0" w:noVBand="1"/>
      </w:tblPr>
      <w:tblGrid>
        <w:gridCol w:w="428"/>
        <w:gridCol w:w="2409"/>
        <w:gridCol w:w="428"/>
        <w:gridCol w:w="2409"/>
      </w:tblGrid>
      <w:tr w:rsidR="009343DF">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Коммерческие электронные сообщения / маркетинг</w:t>
            </w:r>
          </w:p>
        </w:tc>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Программа лояльности</w:t>
            </w:r>
          </w:p>
        </w:tc>
      </w:tr>
      <w:tr w:rsidR="009343DF">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Использование фото и видео</w:t>
            </w:r>
          </w:p>
        </w:tc>
        <w:tc>
          <w:tcPr>
            <w:tcW w:w="425" w:type="dxa"/>
          </w:tcPr>
          <w:p w:rsidR="009343DF" w:rsidRDefault="00000000">
            <w:pPr>
              <w:spacing w:before="40" w:after="40"/>
              <w:jc w:val="center"/>
            </w:pPr>
            <w:r>
              <w:rPr>
                <w:b/>
                <w:sz w:val="24"/>
              </w:rPr>
              <w:t>☐</w:t>
            </w:r>
          </w:p>
        </w:tc>
        <w:tc>
          <w:tcPr>
            <w:tcW w:w="2409" w:type="dxa"/>
          </w:tcPr>
          <w:p w:rsidR="009343DF" w:rsidRDefault="00000000">
            <w:pPr>
              <w:spacing w:before="40" w:after="40"/>
            </w:pPr>
            <w:r>
              <w:rPr>
                <w:sz w:val="19"/>
              </w:rPr>
              <w:t>Сведения о здоровье (аллергия, питание, доступная среда)</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D · ПОДРОБНОСТИ ВАШЕГО ЗАПРОСА</w:t>
            </w:r>
          </w:p>
        </w:tc>
      </w:tr>
    </w:tbl>
    <w:p w:rsidR="009343DF" w:rsidRDefault="009343DF">
      <w:pPr>
        <w:spacing w:after="40"/>
      </w:pPr>
    </w:p>
    <w:p w:rsidR="009343DF" w:rsidRDefault="00000000">
      <w:pPr>
        <w:spacing w:after="60"/>
      </w:pPr>
      <w:r>
        <w:rPr>
          <w:i/>
          <w:color w:val="595959"/>
          <w:sz w:val="17"/>
        </w:rPr>
        <w:t>Пожалуйста, напишите ваш запрос как можно яснее и конкретнее. К форме можно приложить информацию и документы по теме.</w:t>
      </w:r>
    </w:p>
    <w:tbl>
      <w:tblPr>
        <w:tblStyle w:val="TabloKlavuzu"/>
        <w:tblW w:w="0" w:type="auto"/>
        <w:tblLook w:val="04A0" w:firstRow="1" w:lastRow="0" w:firstColumn="1" w:lastColumn="0" w:noHBand="0" w:noVBand="1"/>
      </w:tblPr>
      <w:tblGrid>
        <w:gridCol w:w="9638"/>
      </w:tblGrid>
      <w:tr w:rsidR="009343DF" w:rsidTr="00A759DD">
        <w:trPr>
          <w:trHeight w:val="1843"/>
        </w:trPr>
        <w:tc>
          <w:tcPr>
            <w:tcW w:w="9638" w:type="dxa"/>
          </w:tcPr>
          <w:p w:rsidR="009343DF" w:rsidRDefault="009343DF">
            <w:pPr>
              <w:spacing w:before="40" w:after="40"/>
            </w:pP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742"/>
        <w:gridCol w:w="5896"/>
      </w:tblGrid>
      <w:tr w:rsidR="009343DF">
        <w:trPr>
          <w:trHeight w:val="397"/>
        </w:trPr>
        <w:tc>
          <w:tcPr>
            <w:tcW w:w="3742" w:type="dxa"/>
            <w:shd w:val="clear" w:color="auto" w:fill="F2F4F7"/>
          </w:tcPr>
          <w:p w:rsidR="009343DF" w:rsidRDefault="00000000">
            <w:pPr>
              <w:spacing w:before="40" w:after="40"/>
            </w:pPr>
            <w:r>
              <w:rPr>
                <w:b/>
                <w:sz w:val="19"/>
              </w:rPr>
              <w:t>Приложения</w:t>
            </w:r>
            <w:r>
              <w:rPr>
                <w:i/>
                <w:color w:val="595959"/>
                <w:sz w:val="15"/>
              </w:rPr>
              <w:br/>
              <w:t>Список приложенных документов, если они есть</w:t>
            </w:r>
          </w:p>
        </w:tc>
        <w:tc>
          <w:tcPr>
            <w:tcW w:w="5896" w:type="dxa"/>
          </w:tcPr>
          <w:p w:rsidR="009343DF" w:rsidRDefault="009343DF">
            <w:pPr>
              <w:spacing w:before="40" w:after="40"/>
            </w:pP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E · КАК ВЫ ХОТИТЕ ПОЛУЧИТЬ ОТВЕТ</w:t>
            </w:r>
          </w:p>
        </w:tc>
      </w:tr>
    </w:tbl>
    <w:p w:rsidR="009343DF" w:rsidRDefault="009343DF">
      <w:pPr>
        <w:spacing w:after="40"/>
      </w:pPr>
    </w:p>
    <w:tbl>
      <w:tblPr>
        <w:tblStyle w:val="TabloKlavuzu"/>
        <w:tblW w:w="0" w:type="auto"/>
        <w:tblLook w:val="04A0" w:firstRow="1" w:lastRow="0" w:firstColumn="1" w:lastColumn="0" w:noHBand="0" w:noVBand="1"/>
      </w:tblPr>
      <w:tblGrid>
        <w:gridCol w:w="428"/>
        <w:gridCol w:w="4819"/>
      </w:tblGrid>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Отправить по почте на адрес, который я указал(а) в разделе A.</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Отправить на адрес электронной почты, который я указал(а) в разделе A.</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 xml:space="preserve">Отправить на мой адрес KEP  (адрес KEP: ....................................................)</w:t>
            </w:r>
          </w:p>
        </w:tc>
      </w:tr>
      <w:tr w:rsidR="009343DF">
        <w:tc>
          <w:tcPr>
            <w:tcW w:w="425" w:type="dxa"/>
          </w:tcPr>
          <w:p w:rsidR="009343DF" w:rsidRDefault="00000000">
            <w:pPr>
              <w:spacing w:before="40" w:after="40"/>
              <w:jc w:val="center"/>
            </w:pPr>
            <w:r>
              <w:rPr>
                <w:b/>
                <w:sz w:val="24"/>
              </w:rPr>
              <w:t>☐</w:t>
            </w:r>
          </w:p>
        </w:tc>
        <w:tc>
          <w:tcPr>
            <w:tcW w:w="4819" w:type="dxa"/>
          </w:tcPr>
          <w:p w:rsidR="009343DF" w:rsidRDefault="00000000">
            <w:pPr>
              <w:spacing w:before="40" w:after="40"/>
            </w:pPr>
            <w:r>
              <w:rPr>
                <w:sz w:val="19"/>
              </w:rPr>
              <w:t>Я хочу получить лично. (Человек, который получает ответ от моего имени, предъявляет нотариально заверенную доверенность.)</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F · ЗАЯВЛЕНИЕ И ПОДПИСЬ</w:t>
            </w:r>
          </w:p>
        </w:tc>
      </w:tr>
    </w:tbl>
    <w:p w:rsidR="009343DF" w:rsidRDefault="009343DF">
      <w:pPr>
        <w:spacing w:after="40"/>
      </w:pPr>
    </w:p>
    <w:tbl>
      <w:tblPr>
        <w:tblStyle w:val="TabloKlavuzu"/>
        <w:tblW w:w="0" w:type="auto"/>
        <w:tblLook w:val="04A0" w:firstRow="1" w:lastRow="0" w:firstColumn="1" w:lastColumn="0" w:noHBand="0" w:noVBand="1"/>
      </w:tblPr>
      <w:tblGrid>
        <w:gridCol w:w="9638"/>
      </w:tblGrid>
      <w:tr w:rsidR="009343DF">
        <w:tc>
          <w:tcPr>
            <w:tcW w:w="9638" w:type="dxa"/>
            <w:shd w:val="clear" w:color="auto" w:fill="F2F4F7"/>
          </w:tcPr>
          <w:p w:rsidR="009343DF" w:rsidRDefault="00000000">
            <w:pPr>
              <w:spacing w:before="40" w:after="40"/>
            </w:pPr>
            <w:r>
              <w:rPr>
                <w:sz w:val="18"/>
              </w:rPr>
              <w:t>Я заявляю, что сведения в этой форме верны и актуальны, что мой запрос касается только моих собственных персональных данных и что я не запрашиваю данные другого человека. Я также заявляю, что знаю: NG PHASELIS TURİZM A.Ş. может запросить у меня дополнительные сведения или документы, чтобы проверить мою личность.</w:t>
            </w:r>
          </w:p>
        </w:tc>
      </w:tr>
    </w:tbl>
    <w:p w:rsidR="009343DF" w:rsidRDefault="009343DF">
      <w:pPr>
        <w:spacing w:after="0" w:line="240" w:lineRule="auto"/>
      </w:pPr>
    </w:p>
    <w:tbl>
      <w:tblPr>
        <w:tblStyle w:val="TabloKlavuzu"/>
        <w:tblW w:w="0" w:type="auto"/>
        <w:tblLook w:val="04A0" w:firstRow="1" w:lastRow="0" w:firstColumn="1" w:lastColumn="0" w:noHBand="0" w:noVBand="1"/>
      </w:tblPr>
      <w:tblGrid>
        <w:gridCol w:w="3213"/>
        <w:gridCol w:w="3213"/>
        <w:gridCol w:w="3213"/>
      </w:tblGrid>
      <w:tr w:rsidR="009343DF">
        <w:tc>
          <w:tcPr>
            <w:tcW w:w="3213" w:type="dxa"/>
            <w:shd w:val="clear" w:color="auto" w:fill="F2F4F7"/>
          </w:tcPr>
          <w:p w:rsidR="009343DF" w:rsidRDefault="00000000">
            <w:pPr>
              <w:spacing w:before="40" w:after="40"/>
              <w:jc w:val="center"/>
            </w:pPr>
            <w:r>
              <w:rPr>
                <w:b/>
                <w:sz w:val="19"/>
              </w:rPr>
              <w:t>Фамилия и имя</w:t>
            </w:r>
          </w:p>
        </w:tc>
        <w:tc>
          <w:tcPr>
            <w:tcW w:w="3213" w:type="dxa"/>
            <w:shd w:val="clear" w:color="auto" w:fill="F2F4F7"/>
          </w:tcPr>
          <w:p w:rsidR="009343DF" w:rsidRDefault="00000000">
            <w:pPr>
              <w:spacing w:before="40" w:after="40"/>
              <w:jc w:val="center"/>
            </w:pPr>
            <w:r>
              <w:rPr>
                <w:b/>
                <w:sz w:val="19"/>
              </w:rPr>
              <w:t>Дата обращения</w:t>
            </w:r>
          </w:p>
        </w:tc>
        <w:tc>
          <w:tcPr>
            <w:tcW w:w="3213" w:type="dxa"/>
            <w:shd w:val="clear" w:color="auto" w:fill="F2F4F7"/>
          </w:tcPr>
          <w:p w:rsidR="009343DF" w:rsidRDefault="00000000">
            <w:pPr>
              <w:spacing w:before="40" w:after="40"/>
              <w:jc w:val="center"/>
            </w:pPr>
            <w:r>
              <w:rPr>
                <w:b/>
                <w:sz w:val="19"/>
              </w:rPr>
              <w:t>Подпись</w:t>
            </w:r>
          </w:p>
        </w:tc>
      </w:tr>
      <w:tr w:rsidR="009343DF">
        <w:trPr>
          <w:trHeight w:val="964"/>
        </w:trPr>
        <w:tc>
          <w:tcPr>
            <w:tcW w:w="3213" w:type="dxa"/>
          </w:tcPr>
          <w:p w:rsidR="009343DF" w:rsidRDefault="009343DF">
            <w:pPr>
              <w:spacing w:before="40" w:after="40"/>
            </w:pPr>
          </w:p>
        </w:tc>
        <w:tc>
          <w:tcPr>
            <w:tcW w:w="3213" w:type="dxa"/>
          </w:tcPr>
          <w:p w:rsidR="009343DF" w:rsidRDefault="009343DF">
            <w:pPr>
              <w:spacing w:before="40" w:after="40"/>
            </w:pPr>
          </w:p>
        </w:tc>
        <w:tc>
          <w:tcPr>
            <w:tcW w:w="3213" w:type="dxa"/>
          </w:tcPr>
          <w:p w:rsidR="009343DF" w:rsidRDefault="009343DF">
            <w:pPr>
              <w:spacing w:before="40" w:after="40"/>
            </w:pPr>
          </w:p>
        </w:tc>
      </w:tr>
    </w:tbl>
    <w:p w:rsidR="009343DF" w:rsidRDefault="00000000">
      <w:pPr>
        <w:spacing w:before="80"/>
      </w:pPr>
      <w:r>
        <w:rPr>
          <w:i/>
          <w:color w:val="595959"/>
          <w:sz w:val="17"/>
        </w:rPr>
        <w:t>Если вы обращаетесь от имени другого человека, вместе с этой формой нужно предъявить нотариально заверенную доверенность или документ, который подтверждает, что вы родитель или законный опекун. Обращения без доверенности не рассматриваются.</w:t>
      </w:r>
    </w:p>
    <w:p w:rsidR="009343DF" w:rsidRDefault="00000000">
      <w:r>
        <w:br w:type="page"/>
      </w: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lastRenderedPageBreak/>
              <w:t>G · КАК ОТПРАВИТЬ ВАШЕ ОБРАЩЕНИЕ</w:t>
            </w:r>
          </w:p>
        </w:tc>
      </w:tr>
    </w:tbl>
    <w:p w:rsidR="009343DF" w:rsidRDefault="009343DF">
      <w:pPr>
        <w:spacing w:after="40"/>
      </w:pPr>
    </w:p>
    <w:tbl>
      <w:tblPr>
        <w:tblStyle w:val="TabloKlavuzu"/>
        <w:tblW w:w="0" w:type="auto"/>
        <w:shd w:val="clear" w:color="auto" w:fill="C4BC96" w:themeFill="background2" w:themeFillShade="BF"/>
        <w:tblLook w:val="04A0" w:firstRow="1" w:lastRow="0" w:firstColumn="1" w:lastColumn="0" w:noHBand="0" w:noVBand="1"/>
      </w:tblPr>
      <w:tblGrid>
        <w:gridCol w:w="3061"/>
        <w:gridCol w:w="6576"/>
      </w:tblGrid>
      <w:tr w:rsidR="009343DF" w:rsidTr="00690954">
        <w:tc>
          <w:tcPr>
            <w:tcW w:w="3061" w:type="dxa"/>
            <w:tcBorders>
              <w:bottom w:val="single" w:sz="4" w:space="0" w:color="auto"/>
            </w:tcBorders>
            <w:shd w:val="clear" w:color="auto" w:fill="C4BC96" w:themeFill="background2" w:themeFillShade="BF"/>
          </w:tcPr>
          <w:p w:rsidR="009343DF" w:rsidRDefault="00000000">
            <w:pPr>
              <w:spacing w:before="40" w:after="40"/>
            </w:pPr>
            <w:r>
              <w:rPr>
                <w:b/>
                <w:color w:val="FFFFFF"/>
                <w:sz w:val="19"/>
              </w:rPr>
              <w:t>Способ</w:t>
            </w:r>
          </w:p>
        </w:tc>
        <w:tc>
          <w:tcPr>
            <w:tcW w:w="6576" w:type="dxa"/>
            <w:tcBorders>
              <w:bottom w:val="single" w:sz="4" w:space="0" w:color="auto"/>
            </w:tcBorders>
            <w:shd w:val="clear" w:color="auto" w:fill="C4BC96" w:themeFill="background2" w:themeFillShade="BF"/>
          </w:tcPr>
          <w:p w:rsidR="009343DF" w:rsidRDefault="00000000">
            <w:pPr>
              <w:spacing w:before="40" w:after="40"/>
            </w:pPr>
            <w:r>
              <w:rPr>
                <w:b/>
                <w:color w:val="FFFFFF"/>
                <w:sz w:val="19"/>
              </w:rPr>
              <w:t>Адрес / Подробности</w:t>
            </w:r>
          </w:p>
        </w:tc>
      </w:tr>
      <w:tr w:rsidR="009343DF" w:rsidTr="00690954">
        <w:tc>
          <w:tcPr>
            <w:tcW w:w="3061" w:type="dxa"/>
            <w:shd w:val="clear" w:color="auto" w:fill="auto"/>
          </w:tcPr>
          <w:p w:rsidR="009343DF" w:rsidRDefault="00000000">
            <w:pPr>
              <w:spacing w:before="40" w:after="40"/>
            </w:pPr>
            <w:r>
              <w:rPr>
                <w:b/>
                <w:sz w:val="19"/>
              </w:rPr>
              <w:t>Письменное обращение</w:t>
            </w:r>
          </w:p>
        </w:tc>
        <w:tc>
          <w:tcPr>
            <w:tcW w:w="6576" w:type="dxa"/>
            <w:shd w:val="clear" w:color="auto" w:fill="auto"/>
          </w:tcPr>
          <w:p w:rsidR="009343DF" w:rsidRDefault="00000000">
            <w:pPr>
              <w:spacing w:before="40" w:after="40"/>
            </w:pPr>
            <w:r>
              <w:rPr>
                <w:sz w:val="19"/>
              </w:rPr>
              <w:t>Передать форму с подписью от руки лично, через нотариуса или отправить заказным письмом либо курьером с уведомлением о вручении:</w:t>
            </w:r>
            <w:r>
              <w:rPr>
                <w:sz w:val="19"/>
              </w:rPr>
              <w:br/>
              <w:t>Göynük Mah. 3160. Sok. No: 31  Kemer / ANTALYA</w:t>
            </w:r>
          </w:p>
        </w:tc>
      </w:tr>
      <w:tr w:rsidR="009343DF" w:rsidTr="00690954">
        <w:tc>
          <w:tcPr>
            <w:tcW w:w="3061" w:type="dxa"/>
            <w:shd w:val="clear" w:color="auto" w:fill="auto"/>
          </w:tcPr>
          <w:p w:rsidR="009343DF" w:rsidRDefault="00000000">
            <w:pPr>
              <w:spacing w:before="40" w:after="40"/>
            </w:pPr>
            <w:r>
              <w:rPr>
                <w:b/>
                <w:sz w:val="19"/>
              </w:rPr>
              <w:t>KEP</w:t>
            </w:r>
          </w:p>
        </w:tc>
        <w:tc>
          <w:tcPr>
            <w:tcW w:w="6576" w:type="dxa"/>
            <w:shd w:val="clear" w:color="auto" w:fill="auto"/>
          </w:tcPr>
          <w:p w:rsidR="009343DF" w:rsidRDefault="00000000">
            <w:pPr>
              <w:spacing w:before="40" w:after="40"/>
            </w:pPr>
            <w:r>
              <w:rPr>
                <w:sz w:val="19"/>
              </w:rPr>
              <w:t xml:space="preserve">С вашего адреса KEP:  ngphaselisturizm@hs01.kep.tr</w:t>
            </w:r>
          </w:p>
        </w:tc>
      </w:tr>
      <w:tr w:rsidR="009343DF" w:rsidTr="00690954">
        <w:tc>
          <w:tcPr>
            <w:tcW w:w="3061" w:type="dxa"/>
            <w:shd w:val="clear" w:color="auto" w:fill="auto"/>
          </w:tcPr>
          <w:p w:rsidR="009343DF" w:rsidRDefault="00000000">
            <w:pPr>
              <w:spacing w:before="40" w:after="40"/>
            </w:pPr>
            <w:r>
              <w:rPr>
                <w:b/>
                <w:sz w:val="19"/>
              </w:rPr>
              <w:t>Защищённая электронная подпись / мобильная подпись</w:t>
            </w:r>
          </w:p>
        </w:tc>
        <w:tc>
          <w:tcPr>
            <w:tcW w:w="6576" w:type="dxa"/>
            <w:shd w:val="clear" w:color="auto" w:fill="auto"/>
          </w:tcPr>
          <w:p w:rsidR="009343DF" w:rsidRDefault="00000000">
            <w:pPr>
              <w:spacing w:before="40" w:after="40"/>
            </w:pPr>
            <w:r>
              <w:rPr>
                <w:sz w:val="19"/>
              </w:rPr>
              <w:t xml:space="preserve">С электронной или мобильной подписью:  info@ngphaselisbay.com</w:t>
            </w:r>
          </w:p>
        </w:tc>
      </w:tr>
      <w:tr w:rsidR="009343DF" w:rsidTr="00690954">
        <w:tc>
          <w:tcPr>
            <w:tcW w:w="3061" w:type="dxa"/>
            <w:shd w:val="clear" w:color="auto" w:fill="auto"/>
          </w:tcPr>
          <w:p w:rsidR="009343DF" w:rsidRDefault="00000000">
            <w:pPr>
              <w:spacing w:before="40" w:after="40"/>
            </w:pPr>
            <w:r>
              <w:rPr>
                <w:b/>
                <w:sz w:val="19"/>
              </w:rPr>
              <w:t>Адрес электронной почты, зарегистрированный в нашей системе</w:t>
            </w:r>
          </w:p>
        </w:tc>
        <w:tc>
          <w:tcPr>
            <w:tcW w:w="6576" w:type="dxa"/>
            <w:shd w:val="clear" w:color="auto" w:fill="auto"/>
          </w:tcPr>
          <w:p w:rsidR="009343DF" w:rsidRDefault="00000000">
            <w:pPr>
              <w:spacing w:before="40" w:after="40"/>
            </w:pPr>
            <w:r>
              <w:rPr>
                <w:sz w:val="19"/>
              </w:rPr>
              <w:t xml:space="preserve">С адреса электронной почты, который вы ранее сообщили нам и который зарегистрирован в нашей системе:  info@ngphaselisbay.com</w:t>
            </w:r>
          </w:p>
        </w:tc>
      </w:tr>
    </w:tbl>
    <w:p w:rsidR="009343DF" w:rsidRDefault="009343DF">
      <w:pPr>
        <w:spacing w:after="0" w:line="240" w:lineRule="auto"/>
      </w:pPr>
    </w:p>
    <w:p w:rsidR="009343DF" w:rsidRDefault="00000000">
      <w:pPr>
        <w:spacing w:after="60"/>
      </w:pPr>
      <w:r>
        <w:rPr>
          <w:b/>
          <w:sz w:val="18"/>
        </w:rPr>
        <w:t>Тема — напишите её точно так же на конверте, в заголовке формы или в теме письма (пожалуйста, оставьте турецкий текст, чтобы мы правильно определили ваше обращение):</w:t>
      </w:r>
    </w:p>
    <w:tbl>
      <w:tblPr>
        <w:tblStyle w:val="TabloKlavuzu"/>
        <w:tblW w:w="0" w:type="auto"/>
        <w:tblLook w:val="04A0" w:firstRow="1" w:lastRow="0" w:firstColumn="1" w:lastColumn="0" w:noHBand="0" w:noVBand="1"/>
      </w:tblPr>
      <w:tblGrid>
        <w:gridCol w:w="9638"/>
      </w:tblGrid>
      <w:tr w:rsidR="009343DF">
        <w:tc>
          <w:tcPr>
            <w:tcW w:w="9638" w:type="dxa"/>
            <w:shd w:val="clear" w:color="auto" w:fill="FFF7E6"/>
          </w:tcPr>
          <w:p w:rsidR="009343DF" w:rsidRDefault="00000000">
            <w:pPr>
              <w:spacing w:before="40" w:after="40"/>
              <w:jc w:val="center"/>
            </w:pPr>
            <w:r>
              <w:rPr>
                <w:b/>
                <w:sz w:val="19"/>
              </w:rPr>
              <w:t xml:space="preserve">NG PHASELIS TURİZM A.Ş. — KİŞİSEL VERİLERİN KORUNMASI KANUNU KAPSAMINDA İLGİLİ KİŞİ BAŞVURUSU  (по-русски: обращение субъекта данных в соответствии с Законом о защите персональных данных)</w:t>
            </w:r>
          </w:p>
        </w:tc>
      </w:tr>
    </w:tbl>
    <w:p w:rsidR="009343DF" w:rsidRDefault="009343DF">
      <w:pPr>
        <w:spacing w:after="0" w:line="240" w:lineRule="auto"/>
      </w:pPr>
    </w:p>
    <w:tbl>
      <w:tblPr>
        <w:tblStyle w:val="TabloKlavuzu"/>
        <w:tblW w:w="0" w:type="auto"/>
        <w:jc w:val="center"/>
        <w:shd w:val="clear" w:color="auto" w:fill="C4BC96" w:themeFill="background2" w:themeFillShade="BF"/>
        <w:tblLook w:val="04A0" w:firstRow="1" w:lastRow="0" w:firstColumn="1" w:lastColumn="0" w:noHBand="0" w:noVBand="1"/>
      </w:tblPr>
      <w:tblGrid>
        <w:gridCol w:w="9638"/>
      </w:tblGrid>
      <w:tr w:rsidR="009343DF" w:rsidTr="00690954">
        <w:trPr>
          <w:jc w:val="center"/>
        </w:trPr>
        <w:tc>
          <w:tcPr>
            <w:tcW w:w="9638" w:type="dxa"/>
            <w:shd w:val="clear" w:color="auto" w:fill="C4BC96" w:themeFill="background2" w:themeFillShade="BF"/>
          </w:tcPr>
          <w:p w:rsidR="009343DF" w:rsidRDefault="00000000">
            <w:pPr>
              <w:spacing w:before="40" w:after="40"/>
            </w:pPr>
            <w:r>
              <w:rPr>
                <w:b/>
                <w:color w:val="FFFFFF"/>
                <w:sz w:val="21"/>
              </w:rPr>
              <w:t>H · ЧТО ВАМ НУЖНО ЗНАТЬ</w:t>
            </w:r>
          </w:p>
        </w:tc>
      </w:tr>
    </w:tbl>
    <w:p w:rsidR="009343DF" w:rsidRDefault="009343DF">
      <w:pPr>
        <w:spacing w:after="40"/>
      </w:pPr>
    </w:p>
    <w:p w:rsidR="009343DF" w:rsidRDefault="00000000">
      <w:pPr>
        <w:spacing w:after="100"/>
        <w:ind w:left="340" w:hanging="340"/>
      </w:pPr>
      <w:r>
        <w:rPr>
          <w:b/>
          <w:sz w:val="18"/>
        </w:rPr>
        <w:t xml:space="preserve">1.  Срок. </w:t>
      </w:r>
      <w:r>
        <w:rPr>
          <w:sz w:val="18"/>
        </w:rPr>
        <w:t>Мы рассматриваем ваше обращение как можно скорее и, в зависимости от его вида, не позднее чем через тридцать дней. Срок начинается в день, когда ваше обращение поступает в нашу Компанию.</w:t>
      </w:r>
    </w:p>
    <w:p w:rsidR="009343DF" w:rsidRDefault="00000000">
      <w:pPr>
        <w:spacing w:after="100"/>
        <w:ind w:left="340" w:hanging="340"/>
      </w:pPr>
      <w:r>
        <w:rPr>
          <w:b/>
          <w:sz w:val="18"/>
        </w:rPr>
        <w:t xml:space="preserve">2.  Плата. </w:t>
      </w:r>
      <w:r>
        <w:rPr>
          <w:sz w:val="18"/>
        </w:rPr>
        <w:t>Обращения, как правило, бесплатны. Если для действия нужны дополнительные расходы, мы можем взять плату по тарифу, который устанавливает Совет по защите персональных данных (плата за каждую страницу, если ответ длиннее десяти страниц; стоимость носителя, например CD или флешки, если мы даём ответ на нём).</w:t>
      </w:r>
    </w:p>
    <w:p w:rsidR="009343DF" w:rsidRDefault="00000000">
      <w:pPr>
        <w:spacing w:after="100"/>
        <w:ind w:left="340" w:hanging="340"/>
      </w:pPr>
      <w:r>
        <w:rPr>
          <w:b/>
          <w:sz w:val="18"/>
        </w:rPr>
        <w:t xml:space="preserve">3.  Проверка личности. </w:t>
      </w:r>
      <w:r>
        <w:rPr>
          <w:sz w:val="18"/>
        </w:rPr>
        <w:t>Мы можем запросить дополнительные сведения или документы, чтобы убедиться в личности заявителя. Это не значит, что вам нужно отправлять копию удостоверения личности, чтобы ваше обращение было действительным.</w:t>
      </w:r>
    </w:p>
    <w:p w:rsidR="009343DF" w:rsidRDefault="00000000">
      <w:pPr>
        <w:spacing w:after="100"/>
        <w:ind w:left="340" w:hanging="340"/>
      </w:pPr>
      <w:r>
        <w:rPr>
          <w:b/>
          <w:sz w:val="18"/>
        </w:rPr>
        <w:t xml:space="preserve">4.  Правило собственных данных. </w:t>
      </w:r>
      <w:r>
        <w:rPr>
          <w:sz w:val="18"/>
        </w:rPr>
        <w:t>Вы можете использовать свои права только в отношении своих собственных данных. Обращения от имени супруга, ребёнка, родственника или друга мы отклоняем, если нет надлежащей доверенности.</w:t>
      </w:r>
    </w:p>
    <w:p w:rsidR="009343DF" w:rsidRDefault="00000000">
      <w:pPr>
        <w:spacing w:after="100"/>
        <w:ind w:left="340" w:hanging="340"/>
      </w:pPr>
      <w:r>
        <w:rPr>
          <w:b/>
          <w:sz w:val="18"/>
        </w:rPr>
        <w:t xml:space="preserve">5.  Предел требований об удалении. </w:t>
      </w:r>
      <w:r>
        <w:rPr>
          <w:sz w:val="18"/>
        </w:rPr>
        <w:t>Даже если мы выполним ваше требование об удалении, мы обязаны передать данные, которые храним из-за юридических обязанностей по хранению (записи об уведомлении о личности, финансовые записи, журналы интернет-трафика и т. д.), если уполномоченные официальные органы запросят их на основании закона.</w:t>
      </w:r>
    </w:p>
    <w:p w:rsidR="009343DF" w:rsidRDefault="00000000">
      <w:pPr>
        <w:spacing w:after="100"/>
        <w:ind w:left="340" w:hanging="340"/>
      </w:pPr>
      <w:r>
        <w:rPr>
          <w:b/>
          <w:sz w:val="18"/>
        </w:rPr>
        <w:t xml:space="preserve">6.  Право на жалобу. </w:t>
      </w:r>
      <w:r>
        <w:rPr>
          <w:sz w:val="18"/>
        </w:rPr>
        <w:t>Если ваше обращение отклонено, вы считаете наш ответ недостаточным или мы не ответили вовремя, вы можете подать жалобу в Совет по защите персональных данных. Жалобу нужно подать в течение тридцати дней с момента, когда вы узнали наш ответ, и в любом случае в течение шестидесяти дней с даты обращения (статья 14 Закона) — www.kvkk.gov.tr</w:t>
      </w:r>
    </w:p>
    <w:p w:rsidR="009343DF" w:rsidRDefault="00000000">
      <w:pPr>
        <w:spacing w:after="100"/>
        <w:ind w:left="340" w:hanging="340"/>
      </w:pPr>
      <w:r>
        <w:rPr>
          <w:b/>
          <w:sz w:val="18"/>
        </w:rPr>
        <w:t xml:space="preserve">7.  Ваши данные в этой форме. </w:t>
      </w:r>
      <w:r>
        <w:rPr>
          <w:sz w:val="18"/>
        </w:rPr>
        <w:t>Мы обрабатываем сведения из этой формы только чтобы рассмотреть ваше обращение, подтвердить вашу личность и ответить вам. Мы делаем это на основании статьи 5/2(ç) Закона (юридическая обязанность) и храним их в наших записях об обращениях.</w:t>
      </w:r>
    </w:p>
    <w:p w:rsidR="009343DF" w:rsidRDefault="009343DF">
      <w:pPr>
        <w:spacing w:after="0" w:line="240" w:lineRule="auto"/>
      </w:pPr>
    </w:p>
    <w:p w:rsidR="009343DF" w:rsidRDefault="00000000">
      <w:pPr>
        <w:spacing w:after="0"/>
        <w:jc w:val="center"/>
      </w:pPr>
      <w:r>
        <w:rPr>
          <w:b/>
          <w:color w:val="1F364D"/>
          <w:sz w:val="18"/>
        </w:rPr>
        <w:t>NG PHASELIS TURİZM A.Ş.  (NG Phaselis Bay)</w:t>
      </w:r>
    </w:p>
    <w:p w:rsidR="009343DF" w:rsidRDefault="00000000">
      <w:pPr>
        <w:spacing w:after="0"/>
        <w:jc w:val="center"/>
      </w:pPr>
      <w:r>
        <w:rPr>
          <w:color w:val="595959"/>
          <w:sz w:val="17"/>
        </w:rPr>
        <w:t>Göynük Mah. 3160. Sok. No: 31 Kemer / ANTALYA  ·  +90 242 824 07 07  ·  info@ngphaselisbay.com  ·  www.ngphaselisbay.com</w:t>
      </w:r>
    </w:p>
    <w:p w:rsidR="009343DF" w:rsidRDefault="00000000">
      <w:pPr>
        <w:jc w:val="center"/>
      </w:pPr>
      <w:r>
        <w:rPr>
          <w:i/>
          <w:color w:val="595959"/>
          <w:sz w:val="16"/>
        </w:rPr>
        <w:t xml:space="preserve">Заявление субъекта данных · v1.0 · </w:t>
      </w:r>
      <w:r w:rsidR="00945F6E">
        <w:rPr>
          <w:i/>
          <w:color w:val="595959"/>
          <w:sz w:val="16"/>
        </w:rPr>
        <w:t>26</w:t>
      </w:r>
      <w:r>
        <w:rPr>
          <w:i/>
          <w:color w:val="595959"/>
          <w:sz w:val="16"/>
        </w:rPr>
        <w:t>.09.2026</w:t>
      </w:r>
    </w:p>
    <w:sectPr w:rsidR="009343DF" w:rsidSect="00690954">
      <w:pgSz w:w="11906" w:h="16838"/>
      <w:pgMar w:top="543" w:right="1134" w:bottom="60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316109390">
    <w:abstractNumId w:val="8"/>
  </w:num>
  <w:num w:numId="2" w16cid:durableId="351028448">
    <w:abstractNumId w:val="6"/>
  </w:num>
  <w:num w:numId="3" w16cid:durableId="1840150567">
    <w:abstractNumId w:val="5"/>
  </w:num>
  <w:num w:numId="4" w16cid:durableId="336808832">
    <w:abstractNumId w:val="4"/>
  </w:num>
  <w:num w:numId="5" w16cid:durableId="611322238">
    <w:abstractNumId w:val="7"/>
  </w:num>
  <w:num w:numId="6" w16cid:durableId="1750232139">
    <w:abstractNumId w:val="3"/>
  </w:num>
  <w:num w:numId="7" w16cid:durableId="968509635">
    <w:abstractNumId w:val="2"/>
  </w:num>
  <w:num w:numId="8" w16cid:durableId="1137575617">
    <w:abstractNumId w:val="1"/>
  </w:num>
  <w:num w:numId="9" w16cid:durableId="1419643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4D3A"/>
    <w:rsid w:val="00690954"/>
    <w:rsid w:val="009343DF"/>
    <w:rsid w:val="00945F6E"/>
    <w:rsid w:val="00A759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25197EA-7B8C-EF40-BEC1-E5F49F104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alibri" w:eastAsia="Calibri" w:hAnsi="Calibri"/>
      <w:sz w:val="20"/>
      <w:lang w:val="tr-TR"/>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873</Words>
  <Characters>4979</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4</cp:revision>
  <cp:lastPrinted>2026-09-06T10:46:00Z</cp:lastPrinted>
  <dcterms:created xsi:type="dcterms:W3CDTF">2013-12-23T23:15:00Z</dcterms:created>
  <dcterms:modified xsi:type="dcterms:W3CDTF">2026-10-06T15:30:00Z</dcterms:modified>
  <cp:category/>
</cp:coreProperties>
</file>